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56DB"/>
          <w:sz w:val="56"/>
        </w:rPr>
        <w:t>Web前端开发</w:t>
        <w:br/>
        <w:t>期末考试复习资料</w:t>
      </w:r>
    </w:p>
    <w:p/>
    <w:p>
      <w:pPr>
        <w:jc w:val="center"/>
      </w:pPr>
      <w:r>
        <w:rPr>
          <w:color w:val="666666"/>
          <w:sz w:val="28"/>
        </w:rPr>
        <w:t>来自超星平台原题整理</w:t>
      </w:r>
    </w:p>
    <w:p/>
    <w:p>
      <w:pPr>
        <w:jc w:val="center"/>
      </w:pPr>
      <w:r>
        <w:rPr>
          <w:color w:val="999999"/>
          <w:sz w:val="24"/>
        </w:rPr>
        <w:t>题型覆盖：单选题 174题 + 多选题 106题 + 填空题 169题 + 判断题 179题 + 简答题 28题</w:t>
      </w:r>
    </w:p>
    <w:p>
      <w:r>
        <w:br w:type="page"/>
      </w:r>
    </w:p>
    <w:p>
      <w:pPr>
        <w:pStyle w:val="Heading1"/>
      </w:pPr>
      <w:r>
        <w:t>使用说明</w:t>
      </w:r>
    </w:p>
    <w:p>
      <w:pPr>
        <w:pStyle w:val="ListBullet"/>
      </w:pPr>
      <w:r>
        <w:t>本资料将656道考试原题(选择题280道+非选择题376道)按知识点分类整理。</w:t>
      </w:r>
    </w:p>
    <w:p>
      <w:pPr>
        <w:pStyle w:val="ListBullet"/>
      </w:pPr>
      <w:r>
        <w:t>每个知识点先讲"核心要点"（帮你理解概念），再给出考试原题示例（帮你记忆）。</w:t>
      </w:r>
    </w:p>
    <w:p>
      <w:pPr>
        <w:pStyle w:val="ListBullet"/>
      </w:pPr>
      <w:r>
        <w:t>黄色高亮部分为考试正确答案，直接背即可。</w:t>
      </w:r>
    </w:p>
    <w:p>
      <w:pPr>
        <w:pStyle w:val="ListBullet"/>
      </w:pPr>
      <w:r>
        <w:t>建议先通读"知识点速通"理解概念，再刷题验证记忆。</w:t>
      </w:r>
    </w:p>
    <w:p>
      <w:pPr>
        <w:pStyle w:val="ListBullet"/>
      </w:pPr>
      <w:r>
        <w:t>最后"考前总复习"板块是浓缩精华，考前10分钟看那个就够了。</w:t>
      </w:r>
    </w:p>
    <w:p>
      <w:r>
        <w:br w:type="page"/>
      </w:r>
    </w:p>
    <w:p>
      <w:pPr>
        <w:pStyle w:val="Heading1"/>
      </w:pPr>
      <w:r>
        <w:t>第一部分：知识点速通</w:t>
      </w:r>
    </w:p>
    <w:p>
      <w:r>
        <w:t>按知识点分类学习，每类先讲核心概念（帮你理解），再给考试原题示例（帮你记忆）。</w:t>
      </w:r>
    </w:p>
    <w:p>
      <w:r>
        <w:br w:type="page"/>
      </w:r>
    </w:p>
    <w:p>
      <w:pPr>
        <w:pStyle w:val="Heading1"/>
      </w:pPr>
      <w:r>
        <w:t>HTML/CSS基础</w:t>
      </w:r>
    </w:p>
    <w:p>
      <w:r>
        <w:rPr>
          <w:color w:val="999999"/>
          <w:sz w:val="20"/>
        </w:rPr>
        <w:t>共 23 题</w:t>
      </w:r>
    </w:p>
    <w:p>
      <w:pPr>
        <w:pStyle w:val="Heading2"/>
      </w:pPr>
      <w:r>
        <w:t>核心要点</w:t>
      </w:r>
    </w:p>
    <w:p>
      <w:r>
        <w:t>HTML和CSS是Web开发的基础——HTML负责结构、CSS负责样式。重点掌握JS与HTML的结合方式。</w:t>
      </w:r>
    </w:p>
    <w:p>
      <w:pPr>
        <w:spacing w:after="40"/>
      </w:pPr>
      <w:r>
        <w:rPr>
          <w:b/>
          <w:sz w:val="22"/>
        </w:rPr>
        <w:t>&lt;script&gt;标签引入JavaScript：</w:t>
      </w:r>
      <w:r>
        <w:rPr>
          <w:sz w:val="22"/>
        </w:rPr>
        <w:t>src属性指定外部文件路径；type属性指定脚本类型（如text/javascript）；defer属性让脚本在文档解析完再执行；async属性让脚本异步加载</w:t>
      </w:r>
    </w:p>
    <w:p>
      <w:pPr>
        <w:spacing w:after="40"/>
      </w:pPr>
      <w:r>
        <w:rPr>
          <w:b/>
          <w:sz w:val="22"/>
        </w:rPr>
        <w:t>&lt;link&gt;标签引入CSS：</w:t>
      </w:r>
      <w:r>
        <w:rPr>
          <w:sz w:val="22"/>
        </w:rPr>
        <w:t>rel="stylesheet"表示引入的是样式表；href属性指定CSS文件路径</w:t>
      </w:r>
    </w:p>
    <w:p>
      <w:pPr>
        <w:spacing w:after="40"/>
      </w:pPr>
      <w:r>
        <w:rPr>
          <w:b/>
          <w:sz w:val="22"/>
        </w:rPr>
        <w:t>外链式vs嵌入式vs内联式：</w:t>
      </w:r>
      <w:r>
        <w:rPr>
          <w:sz w:val="22"/>
        </w:rPr>
        <w:t>外链式用src/href引入外部文件；嵌入式用&lt;style&gt;写在HTML中；内联式直接写在元素标签的style属性上</w:t>
      </w:r>
    </w:p>
    <w:p>
      <w:pPr>
        <w:spacing w:after="40"/>
      </w:pPr>
      <w:r>
        <w:rPr>
          <w:b/>
          <w:sz w:val="22"/>
        </w:rPr>
        <w:t>clientWidth：</w:t>
      </w:r>
      <w:r>
        <w:rPr>
          <w:sz w:val="22"/>
        </w:rPr>
        <w:t>元素内容区宽度 + padding内边距，不包括边框和滚动条</w:t>
      </w:r>
    </w:p>
    <w:p>
      <w:pPr>
        <w:spacing w:after="40"/>
      </w:pPr>
      <w:r>
        <w:rPr>
          <w:b/>
          <w:sz w:val="22"/>
        </w:rPr>
        <w:t>offsetWidth：</w:t>
      </w:r>
      <w:r>
        <w:rPr>
          <w:sz w:val="22"/>
        </w:rPr>
        <w:t>元素内容区宽度 + padding + border边框，含滚动条</w:t>
      </w:r>
    </w:p>
    <w:p>
      <w:pPr>
        <w:spacing w:after="40"/>
      </w:pPr>
      <w:r>
        <w:rPr>
          <w:b/>
          <w:sz w:val="22"/>
        </w:rPr>
        <w:t>scrollWidth：</w:t>
      </w:r>
      <w:r>
        <w:rPr>
          <w:sz w:val="22"/>
        </w:rPr>
        <w:t>元素实际内容的宽度，包含溢出部分</w:t>
      </w:r>
    </w:p>
    <w:p>
      <w:r>
        <w:rPr>
          <w:b/>
          <w:color w:val="CC0000"/>
          <w:sz w:val="22"/>
        </w:rPr>
        <w:t>记忆口诀：clientWidth = 内容+内边距（不含边框），offsetWidth = 内容+内边距+边框（含边框）。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下列属性中，用于引入外部JavaScript文件的是( )</w:t>
      </w:r>
    </w:p>
    <w:p>
      <w:pPr>
        <w:ind w:left="283"/>
      </w:pPr>
      <w:r>
        <w:rPr>
          <w:color w:val="555555"/>
          <w:sz w:val="20"/>
        </w:rPr>
        <w:t>A. src   B. type   C. language   D. defer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解析：type和language属性都可用来指定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下列标签中，可以在页面中直接嵌入JavaScript的是( )</w:t>
      </w:r>
    </w:p>
    <w:p>
      <w:pPr>
        <w:ind w:left="283"/>
      </w:pPr>
      <w:r>
        <w:rPr>
          <w:color w:val="555555"/>
          <w:sz w:val="20"/>
        </w:rPr>
        <w:t>A. &lt;script&gt;   B. &lt;href&gt;   C. &lt;link&gt;   D. &lt;style&gt;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下列选项中，可以用来设置样式表中的样式值的属性是( )</w:t>
      </w:r>
    </w:p>
    <w:p>
      <w:pPr>
        <w:ind w:left="283"/>
      </w:pPr>
      <w:r>
        <w:rPr>
          <w:color w:val="555555"/>
          <w:sz w:val="20"/>
        </w:rPr>
        <w:t>A. offset   B. style   C. height   D. width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下列选项中，链接外部JavaScript正确的是( )</w:t>
      </w:r>
    </w:p>
    <w:p>
      <w:pPr>
        <w:ind w:left="283"/>
      </w:pPr>
      <w:r>
        <w:rPr>
          <w:color w:val="555555"/>
          <w:sz w:val="20"/>
        </w:rPr>
        <w:t>A. &lt;script src="public.js"&gt;&lt;/script&gt;   B. &lt;link src="public.js"&gt;   C. &lt;script href="public.js"&gt;&lt;/script&gt;   D. &lt;style src="public.js"&gt;&lt;/style&gt;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下列选项中，不属于&lt;script&gt;标签属性的是( )</w:t>
      </w:r>
    </w:p>
    <w:p>
      <w:pPr>
        <w:ind w:left="283"/>
      </w:pPr>
      <w:r>
        <w:rPr>
          <w:color w:val="555555"/>
          <w:sz w:val="20"/>
        </w:rPr>
        <w:t>A. src   B. type   C. href   D. defer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解析：type和language属性都可用来指定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内嵌式JavaScript代码应写在哪个标签中？</w:t>
      </w:r>
    </w:p>
    <w:p>
      <w:pPr>
        <w:ind w:left="283"/>
      </w:pPr>
      <w:r>
        <w:rPr>
          <w:color w:val="555555"/>
          <w:sz w:val="20"/>
        </w:rPr>
        <w:t>A. &lt;style&gt;   B. &lt;script&gt;   C. &lt;link&gt;   D. &lt;meta&gt;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解析：内嵌式JavaScript代码需用&lt;script&gt;标签包裹，&lt;style&gt;用于CSS，&lt;link&gt;用于引入外部资源，&lt;meta&gt;用于元数据。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以下哪种是推荐的JavaScript引入方式？</w:t>
      </w:r>
    </w:p>
    <w:p>
      <w:pPr>
        <w:ind w:left="283"/>
      </w:pPr>
      <w:r>
        <w:rPr>
          <w:color w:val="555555"/>
          <w:sz w:val="20"/>
        </w:rPr>
        <w:t>A. 行内式   B. 内嵌式   C. 外链式   D. 以上都推荐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解析：外链式便于代码复用和维护，是推荐的引入方式。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为避免脚本阻塞页面渲染，&lt;script&gt;标签应放在？</w:t>
      </w:r>
    </w:p>
    <w:p>
      <w:pPr>
        <w:ind w:left="283"/>
      </w:pPr>
      <w:r>
        <w:rPr>
          <w:color w:val="555555"/>
          <w:sz w:val="20"/>
        </w:rPr>
        <w:t>A. &lt;head&gt;标签内   B. &lt;body&gt;标签底部   C. &lt;title&gt;标签内   D. &lt;meta&gt;标签内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解析：&lt;body&gt;底部的脚本不会阻塞页面渲染，且能确保DOM加载完成。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关于JavaScript的引入方式，正确的说法是？</w:t>
      </w:r>
    </w:p>
    <w:p>
      <w:pPr>
        <w:ind w:left="283"/>
      </w:pPr>
      <w:r>
        <w:rPr>
          <w:color w:val="555555"/>
          <w:sz w:val="20"/>
        </w:rPr>
        <w:t>A. 外链式通过&lt;script&gt;标签的src属性引入   B. 内嵌式代码写在&lt;style&gt;标签中   C. 行内式直接写在HTML标签的事件属性中   D. 外链式是推荐的引入方式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解析：外链式用src属性引入外部文件，是推荐方式；内嵌式用&lt;script&gt;标签包裹；行内式写在事件属性如onclick中。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将&lt;script&gt;标签放在&lt;body&gt;标签底部的好处是？</w:t>
      </w:r>
    </w:p>
    <w:p>
      <w:pPr>
        <w:ind w:left="283"/>
      </w:pPr>
      <w:r>
        <w:rPr>
          <w:color w:val="555555"/>
          <w:sz w:val="20"/>
        </w:rPr>
        <w:t>A. 避免阻塞页面渲染   B. 确保DOM元素已加载   C. 加快脚本下载速度   D. 提高代码执行效率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解析：body底部的脚本不会阻塞页面渲染，且能确保DOM元素已加载完成，避免操作DOM时出现null。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下列style样式属性名中，名称正确的有( )</w:t>
      </w:r>
    </w:p>
    <w:p>
      <w:pPr>
        <w:ind w:left="283"/>
      </w:pPr>
      <w:r>
        <w:rPr>
          <w:color w:val="555555"/>
          <w:sz w:val="20"/>
        </w:rPr>
        <w:t>A. background-color   B. listStyleType   C. textAlign   D. textDecoration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解析：style属性操作样式时，样式属性名应去掉CSS样式名里的连字符“-”，并将连字符“-”后面的单词首字母大写。background-color:backgroundColor。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为了降低JavaScript阻塞问题对页面造成的影响，可在&lt;script&gt;标签中使用____或defer属性实现异步加载。</w:t>
      </w:r>
    </w:p>
    <w:p>
      <w:pPr>
        <w:spacing w:after="40"/>
        <w:ind w:left="283"/>
      </w:pPr>
      <w:r>
        <w:t>答案：async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行内式JavaScript直接写在HTML标签的____1____属性中；内嵌式使用____2____标签包裹代码；外链式通过&lt;script&gt;标签的____3____属性引入外部.js文件，该方式的优点是____4____和____5____。</w:t>
      </w:r>
    </w:p>
    <w:p>
      <w:pPr>
        <w:spacing w:after="40"/>
        <w:ind w:left="283"/>
      </w:pPr>
      <w:r>
        <w:t>答案：(1) onclick；(2) &lt;script&gt;；(3) src；(4) 代码复用；(5) 便于维护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通过style属性操作样式时，样式名font-size需要改为____。</w:t>
      </w:r>
    </w:p>
    <w:p>
      <w:pPr>
        <w:spacing w:after="40"/>
        <w:ind w:left="283"/>
      </w:pPr>
      <w:r>
        <w:t>答案：fontSize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若将&lt;script&gt;标签放在&lt;head&gt;中，可能导致____1____；为避免此问题，可使用____2____属性或将脚本放在____3____标签内的末尾。当脚本需要操作DOM元素时，应确保脚本在____4____后执行，否则可能获取到____5____。</w:t>
      </w:r>
    </w:p>
    <w:p>
      <w:pPr>
        <w:spacing w:after="40"/>
        <w:ind w:left="283"/>
      </w:pPr>
      <w:r>
        <w:t>答案：(1) 页面渲染阻塞；(2) defer；(3) &lt;body&gt;；(4) DOM加载完成；(5) null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将&lt;script&gt;标签放在&lt;head&gt;中会导致页面渲染阻塞。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解析：head中的脚本会阻塞后续资源加载和页面渲染，建议放在body底部或使用defer/async属性。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document.write()输出的内容中如果包含&lt;/script&gt;，会导致代码提前结束。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解析：若输出的内容中包含JavaScript结束标记，会导致代码提前结束。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外链式JavaScript通过&lt;script&gt;标签的href属性引入。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解析：外链式通过&lt;script&gt;标签的src属性引入外部.js文件，href属性用于&lt;link&gt;标签引入CSS等资源。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通过style属性操作样式时，样式属性名和CSS样式名写法相同。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解析：样式属性名和CSS样式名是相对应的，但写法不同。样式属性名的书写需要去掉CSS样式名里的连字符“-”，并将连字符“-”后面的单词首字母大写。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在网页中可通过行内式、嵌入式和外链式的方式来引入JavaScript。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窗口加载事件会在网页文档以及外链的文件(包括图像文件、JS文件、CSS文件等)全部加载完成后才会触发。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简述什么是渲染引擎。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渲染引擎负责解析HTML与CSS代码，用于实现网页结构和样式的渲染。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简述外链式相比嵌入式的优势。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①外链式存在于独立文件中，有利于修改和维护，而嵌入式会导致HTML与JavaScript代码混合在一起。 ②外链式可以利用浏览器缓存提高速度。 ③外链式有利于HTML页面代码结构化，把大段的JavaScript代码分离到HTML页面之外，既美观，也方便文件级别的代码复用。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JavaScript基础语法</w:t>
      </w:r>
    </w:p>
    <w:p>
      <w:r>
        <w:rPr>
          <w:color w:val="999999"/>
          <w:sz w:val="20"/>
        </w:rPr>
        <w:t>共 78 题</w:t>
      </w:r>
    </w:p>
    <w:p>
      <w:pPr>
        <w:pStyle w:val="Heading2"/>
      </w:pPr>
      <w:r>
        <w:t>核心要点</w:t>
      </w:r>
    </w:p>
    <w:p>
      <w:r>
        <w:t>JavaScript是一门动态类型的脚本语言，零基础先掌握变量声明和数据类型。</w:t>
      </w:r>
    </w:p>
    <w:p>
      <w:pPr>
        <w:spacing w:after="40"/>
      </w:pPr>
      <w:r>
        <w:rPr>
          <w:b/>
          <w:sz w:val="22"/>
        </w:rPr>
        <w:t>var声明：</w:t>
      </w:r>
      <w:r>
        <w:rPr>
          <w:sz w:val="22"/>
        </w:rPr>
        <w:t>函数作用域，有变量提升（可以在声明前使用），可重复声明，可修改值</w:t>
      </w:r>
    </w:p>
    <w:p>
      <w:pPr>
        <w:spacing w:after="40"/>
      </w:pPr>
      <w:r>
        <w:rPr>
          <w:b/>
          <w:sz w:val="22"/>
        </w:rPr>
        <w:t>let声明：</w:t>
      </w:r>
      <w:r>
        <w:rPr>
          <w:sz w:val="22"/>
        </w:rPr>
        <w:t>块级作用域，无变量提升（存在暂时性死区），不可重复声明，可修改值</w:t>
      </w:r>
    </w:p>
    <w:p>
      <w:pPr>
        <w:spacing w:after="40"/>
      </w:pPr>
      <w:r>
        <w:rPr>
          <w:b/>
          <w:sz w:val="22"/>
        </w:rPr>
        <w:t>const声明：</w:t>
      </w:r>
      <w:r>
        <w:rPr>
          <w:sz w:val="22"/>
        </w:rPr>
        <w:t>块级作用域，无变量提升，不可重复声明，声明时必须赋值，值不可修改（但对象属性可改）</w:t>
      </w:r>
    </w:p>
    <w:p>
      <w:pPr>
        <w:spacing w:after="40"/>
      </w:pPr>
      <w:r>
        <w:rPr>
          <w:b/>
          <w:sz w:val="22"/>
        </w:rPr>
        <w:t>值类型 vs 引用类型：</w:t>
      </w:r>
      <w:r>
        <w:rPr>
          <w:sz w:val="22"/>
        </w:rPr>
        <w:t>值类型（Number/String/Boolean/null/undefined）：存在栈中，赋值是值的拷贝。引用类型（Object/Array/Function）：地址存在栈中、值存在堆中，赋值是地址的引用</w:t>
      </w:r>
    </w:p>
    <w:p>
      <w:pPr>
        <w:spacing w:after="40"/>
      </w:pPr>
      <w:r>
        <w:rPr>
          <w:b/>
          <w:sz w:val="22"/>
        </w:rPr>
        <w:t>typeof操作符：</w:t>
      </w:r>
      <w:r>
        <w:rPr>
          <w:sz w:val="22"/>
        </w:rPr>
        <w:t>检测数据类型：typeof 123 → "number"；typeof "abc" → "string"；typeof true → "boolean"；typeof null → "object"（这是JS一个历史bug）</w:t>
      </w:r>
    </w:p>
    <w:p>
      <w:pPr>
        <w:spacing w:after="40"/>
      </w:pPr>
      <w:r>
        <w:rPr>
          <w:b/>
          <w:sz w:val="22"/>
        </w:rPr>
        <w:t>变量提升：</w:t>
      </w:r>
      <w:r>
        <w:rPr>
          <w:sz w:val="22"/>
        </w:rPr>
        <w:t>var声明的变量会被提升到作用域顶部，只提升声明不提升赋值。let/const没有变量提升</w:t>
      </w:r>
    </w:p>
    <w:p>
      <w:pPr>
        <w:spacing w:after="40"/>
      </w:pPr>
      <w:r>
        <w:rPr>
          <w:b/>
          <w:sz w:val="22"/>
        </w:rPr>
        <w:t>暂时性死区：</w:t>
      </w:r>
      <w:r>
        <w:rPr>
          <w:sz w:val="22"/>
        </w:rPr>
        <w:t>let/const声明的变量在声明之前不可访问，这段区域称为"暂时性死区"</w:t>
      </w:r>
    </w:p>
    <w:p>
      <w:r>
        <w:rPr>
          <w:b/>
          <w:color w:val="CC0000"/>
          <w:sz w:val="22"/>
        </w:rPr>
        <w:t>口诀：var提、let块、const常。typeof null → object是个bug要记住！let/const必须先声明再使用。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下列关于 var、let、const 的描述中，正确的是（ ）</w:t>
      </w:r>
    </w:p>
    <w:p>
      <w:pPr>
        <w:ind w:left="283"/>
      </w:pPr>
      <w:r>
        <w:rPr>
          <w:color w:val="555555"/>
          <w:sz w:val="20"/>
        </w:rPr>
        <w:t>A. var 和 let 都存在变量提升，const 不存在   B. let 和 const 声明的变量具有块级作用域，var 不具有   C. const 声明的变量必须立即初始化，且初始化后可以修改   D. var 声明的变量不能在函数内部访问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解析：var 声明的变量具有函数作用域，没有块级作用域；let 和 const 具有块级作用域。var 存在变量提升，let 和 const 不存在变量提升但存在暂时性死区；const 声明的变量必须初始化且不能修改引用（对于对象和数组，内部属性可以修改）。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下列选项中，不属于JavaScript的主要特点的是( )</w:t>
      </w:r>
    </w:p>
    <w:p>
      <w:pPr>
        <w:ind w:left="283"/>
      </w:pPr>
      <w:r>
        <w:rPr>
          <w:color w:val="555555"/>
          <w:sz w:val="20"/>
        </w:rPr>
        <w:t>A. 自动解释与编译   B. 不依赖操作系统   C. 支持面向对象   D. 编译型语言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解析：JavaScript是脚本语言，不是编译型语言。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 JavaScript 中，变量查找的顺序是（ ）</w:t>
      </w:r>
    </w:p>
    <w:p>
      <w:pPr>
        <w:ind w:left="283"/>
      </w:pPr>
      <w:r>
        <w:rPr>
          <w:color w:val="555555"/>
          <w:sz w:val="20"/>
        </w:rPr>
        <w:t>A. 全局作用域 → 函数作用域 → 块级作用域   B. 块级作用域 → 函数作用域 → 全局作用域   C. 当前作用域 → 外层作用域 → 全局作用域   D. 当前作用域 → 全局作用域 → 外层作用域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解析：JavaScript 中变量查找遵循作用域链规则，从当前作用域开始查找，若未找到则向上查找外层作用域，直到全局作用域。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下列选项中，Visual Studio Code编辑器简体中文语言扩展是( )。</w:t>
      </w:r>
    </w:p>
    <w:p>
      <w:pPr>
        <w:ind w:left="283"/>
      </w:pPr>
      <w:r>
        <w:rPr>
          <w:color w:val="555555"/>
          <w:sz w:val="20"/>
        </w:rPr>
        <w:t>A. Language   B. Live Server   C. Chinese (Traditional)   D. Chinese (Simplified)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下列选项中，可以作为变量名使用的是( )</w:t>
      </w:r>
    </w:p>
    <w:p>
      <w:pPr>
        <w:ind w:left="283"/>
      </w:pPr>
      <w:r>
        <w:rPr>
          <w:color w:val="555555"/>
          <w:sz w:val="20"/>
        </w:rPr>
        <w:t>A. this   B. var   C. in   D. info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解析：不能使用JavaScript中的关键字命名，this、var和in都是ES5中规定的关键字.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下列选项中，不属于JavaScript代码编辑器的是( )</w:t>
      </w:r>
    </w:p>
    <w:p>
      <w:pPr>
        <w:ind w:left="283"/>
      </w:pPr>
      <w:r>
        <w:rPr>
          <w:color w:val="555555"/>
          <w:sz w:val="20"/>
        </w:rPr>
        <w:t>A. Visual Studio Code   B. Sublime Text   C. Photoshop   D. HBuilder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解析：Photoshop用于图像设计。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用于JavaScript后端开发的技术是？</w:t>
      </w:r>
    </w:p>
    <w:p>
      <w:pPr>
        <w:ind w:left="283"/>
      </w:pPr>
      <w:r>
        <w:rPr>
          <w:color w:val="555555"/>
          <w:sz w:val="20"/>
        </w:rPr>
        <w:t>A. React   B. Node.js   C. Vue   D. Angular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解析：Node.js是JavaScript的运行环境，可用于后端服务器开发，而React、Vue、Angular是前端框架。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对于代码 `typeof []`，其返回结果是（ ）</w:t>
      </w:r>
    </w:p>
    <w:p>
      <w:pPr>
        <w:ind w:left="283"/>
      </w:pPr>
      <w:r>
        <w:rPr>
          <w:color w:val="555555"/>
          <w:sz w:val="20"/>
        </w:rPr>
        <w:t>A. 'array'   B. 'object'   C. 'function'   D. 'undefined'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解析：typeof 检测数组时返回 'object'，因为数组在 JavaScript 中属于对象类型。要准确判断数组应使用 Array.isArray() 或 instanceof Array。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下列选项中，为JavaScript代码添加单行注释的语法为( )</w:t>
      </w:r>
    </w:p>
    <w:p>
      <w:pPr>
        <w:ind w:left="283"/>
      </w:pPr>
      <w:r>
        <w:rPr>
          <w:color w:val="555555"/>
          <w:sz w:val="20"/>
        </w:rPr>
        <w:t>A. &lt;!-- --&gt;   B. //   C. /   D. /* */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下列选项中，关于变量的说法错误的是( )</w:t>
      </w:r>
    </w:p>
    <w:p>
      <w:pPr>
        <w:ind w:left="283"/>
      </w:pPr>
      <w:r>
        <w:rPr>
          <w:color w:val="555555"/>
          <w:sz w:val="20"/>
        </w:rPr>
        <w:t>A. 保留字不能够作为变量名称使用   B. 在声明变量时var关键字可以省略   C. 未赋初始值的变量值为undefined   D. _it123为合法的变量名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保留字也就是系统预留的，未来可能会成为关键字的单词，标识符在定义时，建议不要使用保留字，避免保留字转换为关键字时出现错误。因此，可知，标识符定义时虽然不推荐使用保留字，但是可以利用作为变量名称使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下列选项中，关于代码“var obj = {x: 10, y: 20}”说法错误的是( )</w:t>
      </w:r>
    </w:p>
    <w:p>
      <w:pPr>
        <w:ind w:left="283"/>
      </w:pPr>
      <w:r>
        <w:rPr>
          <w:color w:val="555555"/>
          <w:sz w:val="20"/>
        </w:rPr>
        <w:t>A. obj对象中有两个成员   B. 通过“obj.x”可以访问obj对象的x成员   C. 通过“obj-x”可以访问obj对象的x成员   D. 通过“obj['x']”可以访问obj对象的x成员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解析：使用对象成员有两种方式，第1种方式是使用“.”，第2种方式是使用“[ ]”。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下列选项中，不属于基本数据类型的是( )</w:t>
      </w:r>
    </w:p>
    <w:p>
      <w:pPr>
        <w:ind w:left="283"/>
      </w:pPr>
      <w:r>
        <w:rPr>
          <w:color w:val="555555"/>
          <w:sz w:val="20"/>
        </w:rPr>
        <w:t>A. Null   B. Undefined   C. String   D. Object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解析：基本数据类型包括:Boolean(布尔型)、String(字符型)、Number(数字型)、Null(空型)、Undefined(未定义型)。Object(对象)属于复杂数据类型。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JavaScript作为弱类型语言，其特点是？</w:t>
      </w:r>
    </w:p>
    <w:p>
      <w:pPr>
        <w:ind w:left="283"/>
      </w:pPr>
      <w:r>
        <w:rPr>
          <w:color w:val="555555"/>
          <w:sz w:val="20"/>
        </w:rPr>
        <w:t>A. 变量类型不可变   B. 变量声明时需指定类型   C. 变量类型可动态转换   D. 仅支持一种数据类型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解析：弱类型语言允许变量类型在运行时动态转换，无需显式声明类型。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下列语句中，可以在HTML文档中输出内容的是( )</w:t>
      </w:r>
    </w:p>
    <w:p>
      <w:pPr>
        <w:ind w:left="283"/>
      </w:pPr>
      <w:r>
        <w:rPr>
          <w:color w:val="555555"/>
          <w:sz w:val="20"/>
        </w:rPr>
        <w:t>A. alert()   B. document.write()   C. prompt()   D. console.log()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解析：document.write()用于在HTML文档中输出内容。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下列选项中，为JavaScript代码添加多行注释的语法为( )</w:t>
      </w:r>
    </w:p>
    <w:p>
      <w:pPr>
        <w:ind w:left="283"/>
      </w:pPr>
      <w:r>
        <w:rPr>
          <w:color w:val="555555"/>
          <w:sz w:val="20"/>
        </w:rPr>
        <w:t>A. &lt;!-- --&gt;   B. #   C. //   D. /* */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关于for...in和for...of的区别，下列说法正确的有哪些？</w:t>
      </w:r>
    </w:p>
    <w:p>
      <w:pPr>
        <w:ind w:left="283"/>
      </w:pPr>
      <w:r>
        <w:rPr>
          <w:color w:val="555555"/>
          <w:sz w:val="20"/>
        </w:rPr>
        <w:t>A. for...in遍历对象的属性名，for...of遍历可迭代对象的元素值   B. for...in可遍历数组的索引，for...of可遍历数组的元素   C. for...of可以直接遍历普通对象   D. for...in会遍历对象的继承属性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for...in用于遍历对象的可枚举属性名（包括继承属性），for...of用于遍历可迭代对象（如数组、字符串）的元素值（A、D正确）；遍历数组时，for...in得到索引，for...of得到元素（B正确）；普通对象不是可迭代对象，不能直接用for...of遍历（C错误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下列选项中，说法正确的有( )</w:t>
      </w:r>
    </w:p>
    <w:p>
      <w:pPr>
        <w:ind w:left="283"/>
      </w:pPr>
      <w:r>
        <w:rPr>
          <w:color w:val="555555"/>
          <w:sz w:val="20"/>
        </w:rPr>
        <w:t>A. “.”匹配除“\n”外的任何单个字符   B. \W匹配任意的字母、数字和下画线，相当于[a-zA-Z0-9]   C. \D匹配所有0~9以外的字符，相当于[^0-9]   D. \S匹配空白字符(包括换行符、制表符、空格符等)，相当于[\t\r\n\v\f]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以下关于DOM元素操作的说法正确的有哪些？</w:t>
      </w:r>
    </w:p>
    <w:p>
      <w:pPr>
        <w:ind w:left="283"/>
      </w:pPr>
      <w:r>
        <w:rPr>
          <w:color w:val="555555"/>
          <w:sz w:val="20"/>
        </w:rPr>
        <w:t>A. document.createElement("div")会创建一个新的div元素，但不会自动添加到DOM树中   B. parent.appendChild(child)会将child元素添加到parent元素的子节点末尾   C. parent.removeChild(child)可以直接删除child元素，无需知道其父元素   D. 使用appendChild插入已存在的DOM元素时，该元素会从原位置移动到新位置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解析：removeChild需要通过父元素调用，参数是要删除的子元素，因此C错误；其他选项均正确：createElement创建元素但不插入DOM，appendChild添加到末尾且移动已有元素。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下列选项中，返回值等于0的有( )</w:t>
      </w:r>
    </w:p>
    <w:p>
      <w:pPr>
        <w:ind w:left="283"/>
      </w:pPr>
      <w:r>
        <w:rPr>
          <w:color w:val="555555"/>
          <w:sz w:val="20"/>
        </w:rPr>
        <w:t>A. /[\s+]/g.lastIndex   B. 'js css'.match(/\s../gi)   C. '123*abc.456'.search('.*')   D. /^[a-z]\d/gi.exec('12DC')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下列选项中，描述正确的有( )</w:t>
      </w:r>
    </w:p>
    <w:p>
      <w:pPr>
        <w:ind w:left="283"/>
      </w:pPr>
      <w:r>
        <w:rPr>
          <w:color w:val="555555"/>
          <w:sz w:val="20"/>
        </w:rPr>
        <w:t>A. onload和DOMContentLoaded都是页面加载事件，没有区别   B. DOMContentLoaded有浏览器兼容问题   C. 全局变量和函数都是window对象的属性和方法   D. window对象的方法在调用时可以省略不写window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以下属于JavaScript特性的有哪些？</w:t>
      </w:r>
    </w:p>
    <w:p>
      <w:pPr>
        <w:ind w:left="283"/>
      </w:pPr>
      <w:r>
        <w:rPr>
          <w:color w:val="555555"/>
          <w:sz w:val="20"/>
        </w:rPr>
        <w:t>A. 弱类型语言   B. 编译型语言   C. 多范式支持   D. 仅用于前端开发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解析：JavaScript是弱类型、解释型、多范式语言，不仅用于前端，还可通过Node.js进行后端开发及跨端应用构建。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下列选项中，属于合法标识符的有( )</w:t>
      </w:r>
    </w:p>
    <w:p>
      <w:pPr>
        <w:ind w:left="283"/>
      </w:pPr>
      <w:r>
        <w:rPr>
          <w:color w:val="555555"/>
          <w:sz w:val="20"/>
        </w:rPr>
        <w:t>A. var   B. 77name   C. __name__   D. $name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CD</w:t>
      </w:r>
    </w:p>
    <w:p>
      <w:pPr>
        <w:ind w:left="283"/>
      </w:pPr>
      <w:r>
        <w:rPr>
          <w:color w:val="888888"/>
          <w:sz w:val="20"/>
        </w:rPr>
        <w:t>解析：不能以数字开头，因此77name是非法标识符。 不能使用JavaScript中的关键字命名。因此var是非法标识符。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下列选项中，关于函数描述正确的有( )</w:t>
      </w:r>
    </w:p>
    <w:p>
      <w:pPr>
        <w:ind w:left="283"/>
      </w:pPr>
      <w:r>
        <w:rPr>
          <w:color w:val="555555"/>
          <w:sz w:val="20"/>
        </w:rPr>
        <w:t>A. 函数用于封装一段完成特定功能的代码   B. 用户使用函数时只需关心参数和返回值，就能完成特定的功能   C. 函数的优势在于提高代码的复用性，降低程序维护的难度   D. JavaScript中函数分为内置函数和自定义函数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下列选项中，属于JavaScript注释的有( )</w:t>
      </w:r>
    </w:p>
    <w:p>
      <w:pPr>
        <w:ind w:left="283"/>
      </w:pPr>
      <w:r>
        <w:rPr>
          <w:color w:val="555555"/>
          <w:sz w:val="20"/>
        </w:rPr>
        <w:t>A. //   B. #   C. -   D. /* */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下列选项中，JavaScript中的数字可以分为( )</w:t>
      </w:r>
    </w:p>
    <w:p>
      <w:pPr>
        <w:ind w:left="283"/>
      </w:pPr>
      <w:r>
        <w:rPr>
          <w:color w:val="555555"/>
          <w:sz w:val="20"/>
        </w:rPr>
        <w:t>A. 整数   B. 空型   C. 浮点数   D. 布尔型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解析：JavaScript中的数字可以分为整数和浮点数(可以理解为小数)，它们同属于数字型，在数字前面还可以添加“-”符号表示负数，添加“+”符号表示正数(通常情况下省略“+”)。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下列选项中，关于递归调用说法正确的有( )</w:t>
      </w:r>
    </w:p>
    <w:p>
      <w:pPr>
        <w:ind w:left="283"/>
      </w:pPr>
      <w:r>
        <w:rPr>
          <w:color w:val="555555"/>
          <w:sz w:val="20"/>
        </w:rPr>
        <w:t>A. 递归调用是函数嵌套调用中一种特殊的调用   B. 递归调用必须要加退出条件   C. 递归调用占用的内存和资源比较多，因此开发中慎重使用   D. 递归调用可以利用简单的代码实现复杂的计算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解析：无 判断题(共15道题)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下列选项中，关于scroll系列属性说法正确的有( )</w:t>
      </w:r>
    </w:p>
    <w:p>
      <w:pPr>
        <w:ind w:left="283"/>
      </w:pPr>
      <w:r>
        <w:rPr>
          <w:color w:val="555555"/>
          <w:sz w:val="20"/>
        </w:rPr>
        <w:t>A. scrollWidth是只读属性，不能修改   B. scrollHeight是只读属性，不能修改   C. scrollLeft属性允许修改   D. scrollTop属性允许修改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下列选项中，JavaScript可以实现的交互效果有( )</w:t>
      </w:r>
    </w:p>
    <w:p>
      <w:pPr>
        <w:ind w:left="283"/>
      </w:pPr>
      <w:r>
        <w:rPr>
          <w:color w:val="555555"/>
          <w:sz w:val="20"/>
        </w:rPr>
        <w:t>A. 轮播图   B. 地图   C. 选项卡   D. 表单验证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解析：无 判断题(共10道题)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JavaScript可应用于哪些领域？</w:t>
      </w:r>
    </w:p>
    <w:p>
      <w:pPr>
        <w:ind w:left="283"/>
      </w:pPr>
      <w:r>
        <w:rPr>
          <w:color w:val="555555"/>
          <w:sz w:val="20"/>
        </w:rPr>
        <w:t>A. 前端页面交互   B. Node.js后端开发   C. 桌面应用开发（Electron）   D. 移动应用开发（React Native）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解析：JavaScript可用于前端交互、Node.js后端、Electron桌面应用及React Native移动应用开发。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下列关于 let 和 const 的说法中，正确的有（ ）</w:t>
      </w:r>
    </w:p>
    <w:p>
      <w:pPr>
        <w:ind w:left="283"/>
      </w:pPr>
      <w:r>
        <w:rPr>
          <w:color w:val="555555"/>
          <w:sz w:val="20"/>
        </w:rPr>
        <w:t>A. let 和 const 声明的变量具有块级作用域   B. let 和 const 声明的变量不存在变量提升   C. const 声明的变量必须立即初始化   D. let 声明的变量可以重复声明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解析：let 和 const 都具有块级作用域，不存在变量提升（但存在暂时性死区）；const 声明的变量必须立即初始化，且不能修改引用；let 声明的变量不允许在同一作用域内重复声明。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下列选项中，关于节点的层级说法正确的有( )</w:t>
      </w:r>
    </w:p>
    <w:p>
      <w:pPr>
        <w:ind w:left="283"/>
      </w:pPr>
      <w:r>
        <w:rPr>
          <w:color w:val="555555"/>
          <w:sz w:val="20"/>
        </w:rPr>
        <w:t>A. 根节点有且只有一个   B. 父节点是指某一节点的上级节点   C. 子节点是指某一节点的下级节点   D. 兄弟节点是指同属于一个父节点的两个子节点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下列选项中，利用对象字面量创建对象的说法正确的有( )</w:t>
      </w:r>
    </w:p>
    <w:p>
      <w:pPr>
        <w:ind w:left="283"/>
      </w:pPr>
      <w:r>
        <w:rPr>
          <w:color w:val="555555"/>
          <w:sz w:val="20"/>
        </w:rPr>
        <w:t>A. 使用对象的字面量创建对象就是用大括号“{}”来包裹对象成员   B. 每个对象成员使用键值对的形式保存   C. 多个对象成员之间用“,”隔开   D. 使用对象字面量不能创建空对象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解析：当对象不需要成员时，键值对可以省略，此时表示空对象。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关于switch...case语句，下列说法正确的有哪些？</w:t>
      </w:r>
    </w:p>
    <w:p>
      <w:pPr>
        <w:ind w:left="283"/>
      </w:pPr>
      <w:r>
        <w:rPr>
          <w:color w:val="555555"/>
          <w:sz w:val="20"/>
        </w:rPr>
        <w:t>A. switch语句的条件表达式可以是任意类型   B. case后的表达式与条件表达式使用严格相等（===）进行比较   C. default分支必须放在所有case的最后   D. 省略break会导致贯穿到后续case分支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解析：switch的条件表达式可以是任意类型（A正确）；case匹配使用严格相等===（B正确）；default分支可放在任意位置（C错误）；省略break会发生贯穿现象（D正确）。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下列属于 JavaScript 原始数据类型的有（ ）</w:t>
      </w:r>
    </w:p>
    <w:p>
      <w:pPr>
        <w:ind w:left="283"/>
      </w:pPr>
      <w:r>
        <w:rPr>
          <w:color w:val="555555"/>
          <w:sz w:val="20"/>
        </w:rPr>
        <w:t>A. String   B. Array   C. Null   D. Object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解析：JavaScript 的原始数据类型包括 String、Number、Boolean、Undefined、Null、Symbol（ES6）、BigInt（ES11）；Array 和 Object 属于引用数据类型。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下列选项中，属于脚本语言的有( )</w:t>
      </w:r>
    </w:p>
    <w:p>
      <w:pPr>
        <w:ind w:left="283"/>
      </w:pPr>
      <w:r>
        <w:rPr>
          <w:color w:val="555555"/>
          <w:sz w:val="20"/>
        </w:rPr>
        <w:t>A. JavaScript   B. TypeScript   C. C语言   D. C++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解析：常见的脚本语言有JavaScript、TypeScript等。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下列关于JavaScript代码格式的描述中，正确的有( )</w:t>
      </w:r>
    </w:p>
    <w:p>
      <w:pPr>
        <w:ind w:left="283"/>
      </w:pPr>
      <w:r>
        <w:rPr>
          <w:color w:val="555555"/>
          <w:sz w:val="20"/>
        </w:rPr>
        <w:t>A. JavaScript代码对空格不敏感   B. JavaScript代码对换行不敏感   C. JavaScript代码对缩进不敏感   D. JavaScript代码对中一条语句可以分成多行书写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在Visual Studio Code编辑器中使用____快捷键添加单行注释。</w:t>
      </w:r>
    </w:p>
    <w:p>
      <w:pPr>
        <w:spacing w:after="40"/>
        <w:ind w:left="283"/>
      </w:pPr>
      <w:r>
        <w:t>答案：Ctrl+/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 JavaScript 中，`null == undefined` 的结果是 true，而 `null === undefined` 的结果是______。</w:t>
      </w:r>
    </w:p>
    <w:p>
      <w:pPr>
        <w:spacing w:after="40"/>
        <w:ind w:left="283"/>
      </w:pPr>
      <w:r>
        <w:t>答案：false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JavaScript根据作用域使用范围的不同，可以将变量划分为全局变量和____。</w:t>
      </w:r>
    </w:p>
    <w:p>
      <w:pPr>
        <w:spacing w:after="40"/>
        <w:ind w:left="283"/>
      </w:pPr>
      <w:r>
        <w:t>答案：局部变量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JavaScript中的数据类型分为两大类，分别是基本数据类型和____。</w:t>
      </w:r>
    </w:p>
    <w:p>
      <w:pPr>
        <w:spacing w:after="40"/>
        <w:ind w:left="283"/>
      </w:pPr>
      <w:r>
        <w:t>答案：复杂数据类型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只声明变量，但不赋值，则输出变量时，结果为____。</w:t>
      </w:r>
    </w:p>
    <w:p>
      <w:pPr>
        <w:spacing w:after="40"/>
        <w:ind w:left="283"/>
      </w:pPr>
      <w:r>
        <w:t>答案：undefined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在JavaScript中，使用for...in循环遍历对象时，循环变量表示的是对象的______。</w:t>
      </w:r>
    </w:p>
    <w:p>
      <w:pPr>
        <w:spacing w:after="40"/>
        <w:ind w:left="283"/>
      </w:pPr>
      <w:r>
        <w:t>答案：属性名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是一种____1____类型、____2____型的多范式语言，支持面向对象、函数式等编程风格。在HTML中引入JavaScript的三种方式包括行内式、内嵌式和____3____式，其中____4____式是推荐的方式。为了优化脚本加载顺序，通常建议将&lt;script&gt;标签放置在____5____标签之前。</w:t>
      </w:r>
    </w:p>
    <w:p>
      <w:pPr>
        <w:spacing w:after="40"/>
        <w:ind w:left="283"/>
      </w:pPr>
      <w:r>
        <w:t>答案：(1) 弱；(2) 解释；(3) 外联；(4) 外联；(5) &lt;body&gt;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作为多范式语言，支持____1____式、面向对象和函数式编程。在前端开发中，它主要用于实现____2____效果；在后端，可通过____3____框架进行服务器端开发；跨端应用开发中，Electron用于构建____4____应用，而React Native则用于开发____5____应用。</w:t>
      </w:r>
    </w:p>
    <w:p>
      <w:pPr>
        <w:spacing w:after="40"/>
        <w:ind w:left="283"/>
      </w:pPr>
      <w:r>
        <w:t>答案：(1) 命令；(2) 交互；(3) Node.js；(4) 桌面；(5) 移动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JavaScript中的复杂数据类型又称为____。</w:t>
      </w:r>
    </w:p>
    <w:p>
      <w:pPr>
        <w:spacing w:after="40"/>
        <w:ind w:left="283"/>
      </w:pPr>
      <w:r>
        <w:t>答案：引用类型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变量的作用范围被称为____。</w:t>
      </w:r>
    </w:p>
    <w:p>
      <w:pPr>
        <w:spacing w:after="40"/>
        <w:ind w:left="283"/>
      </w:pPr>
      <w:r>
        <w:t>答案：变量的作用域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 JavaScript 中，使用 typeof 运算符检测 null 时，返回的结果是______，这是一个历史遗留问题。</w:t>
      </w:r>
    </w:p>
    <w:p>
      <w:pPr>
        <w:spacing w:after="40"/>
        <w:ind w:left="283"/>
      </w:pPr>
      <w:r>
        <w:t>答案：object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利用____语法能够实现对象的遍历。</w:t>
      </w:r>
    </w:p>
    <w:p>
      <w:pPr>
        <w:spacing w:after="40"/>
        <w:ind w:left="283"/>
      </w:pPr>
      <w:r>
        <w:t>答案：for…in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若arr = ['three', , , 6, null]，则arr.length等于____。</w:t>
      </w:r>
    </w:p>
    <w:p>
      <w:pPr>
        <w:spacing w:after="40"/>
        <w:ind w:left="283"/>
      </w:pPr>
      <w:r>
        <w:t>答案：5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typeof null 的结果是 'null'。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解析：typeof null 的结果是 'object'，这是 JavaScript 的一个历史遗留问题。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 var 声明的变量具有块级作用域。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解析：var 声明的变量具有函数作用域，没有块级作用域；let 和 const 声明的变量具有块级作用域。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在开发中，注释可以增强代码的可读性，在程序解析时会被JavaScript解释器忽略。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在声明变量的同时为变量赋值，这个过程又称为定义变量或初始化变量。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JavaScript提供了很多内置对象，我们可以通过查阅MDN Web 文档学习所需的内置对象。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ECMAScript规定了JavaScript的编程语法和基础核心内容。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解析：无 填空题(共7道题)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parseFloat()会将数据转换为数字型中的浮点数。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多行注释中可以嵌套单行注释，但不能再嵌套多行注释。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db与DB表示两个不同的标识符。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解析：严格区分大小写，如it与IT表示两个不同的标识符。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默认情况下，cloneNode()方法仅复制节点本身及里面所有的子节点。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解析：如果cloneNode()方法的参数设为true，表示复制节点本身及里面所有的子节点。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对象的遍历是指遍历对象中所有的成员。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JavaScript的多范式特性仅支持面向对象编程。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解析：JavaScript是多范式语言，支持命令式、面向对象、函数式等多种编程风格。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JavaScript不可以跨平台。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变量定义后，在任何位置都可以使用。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解析：变量需要在被定义时的区域内才可以使用。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JavaScript中形参的个数与实参的个数必须一致。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解析：在开发时若不能确定函数的形参个数，此时定义函数时可以不设置形参，在函数体中直接通过arguments对象获取函数调用时传递的实参。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变量名称必须以字母开头，后面跟随字母或数字。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解析：JavaScript中变量的命名可以由大小写字母、数字、下画线和美元符号($)组成，不能以数字开头，其他的都可以。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变量是程序在内存中申请的一块用来存放数据的空间。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全局变量在同一个页面文件中的所有脚本内都可以使用。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最基本的表达式是一个变量或值，它不再包含其他表达式。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实参个数可以是零个、一个或多个。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逗号操作符能够实现一条语句可同时完成多个变量的声明。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利用typeof检测空型返回的是object而不是null。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JavaScript中age与Age代表不同的变量。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解析：无 填空题(共15道题)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JavaScript中的变量必须在声明的同时赋值。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解析：声明完成后就可以为变量赋值，也可以在声明变量的同时为变量赋值。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如果cloneNode()方法的参数设置为true时，表示只复制节点本身，不复制节点内部的子节点。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解析：cloneNode()方法的参数设置为false，表示只复制节点本身，不复制节点内部的子节点。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 let 声明的变量在块级作用域之外仍然可以访问。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解析：let 声明的变量具有块级作用域，只能在声明的块级作用域内访问，块级作用域之外无法访问，因此该说法错误。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请简述通过事件实现一个交互效果的顺序。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首先需要确定事件源，事件源确定后就可以获取这个元素;然后需要确定事件类型，为获取的元素注册该类型的事件;最后分析事件触发后，实现相应网页交互效果的逻辑，编写实现该逻辑的事件驱动程序。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简述脚本语言和非脚本语言的区别。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非脚本语言(如C、C++)一般需要编译、链接，生成独立的可执行文件后才能运行。 脚本语言以文本形式保存，依赖于解释器，只在被调用时自动进行解释或编译。脚本语言通常都具有简单易用的特点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请简述值类型和引用类型的区别。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当值类型的数据被赋值给变量或作为函数的参数传递时，是将具体的值保存给了变量或参数，而当引用类型的数据被赋值给变量或作为函数的参数传递时，数据本身只有一份，变量或参数中保存的是对数据的引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运算符与表达式</w:t>
      </w:r>
    </w:p>
    <w:p>
      <w:r>
        <w:rPr>
          <w:color w:val="999999"/>
          <w:sz w:val="20"/>
        </w:rPr>
        <w:t>共 16 题</w:t>
      </w:r>
    </w:p>
    <w:p>
      <w:pPr>
        <w:pStyle w:val="Heading2"/>
      </w:pPr>
      <w:r>
        <w:t>核心要点</w:t>
      </w:r>
    </w:p>
    <w:p>
      <w:r>
        <w:t>运算符用于执行计算和比较。</w:t>
      </w:r>
    </w:p>
    <w:p>
      <w:pPr>
        <w:spacing w:after="40"/>
      </w:pPr>
      <w:r>
        <w:rPr>
          <w:b/>
          <w:sz w:val="22"/>
        </w:rPr>
        <w:t>== 相等 vs === 严格相等：</w:t>
      </w:r>
      <w:r>
        <w:rPr>
          <w:sz w:val="22"/>
        </w:rPr>
        <w:t>== 会做类型转换（如1=="1"为true）；=== 不做类型转换（1==="1"为false）。建议始终用===</w:t>
      </w:r>
    </w:p>
    <w:p>
      <w:pPr>
        <w:spacing w:after="40"/>
      </w:pPr>
      <w:r>
        <w:rPr>
          <w:b/>
          <w:sz w:val="22"/>
        </w:rPr>
        <w:t>!= 不相等 vs !== 严格不相等：</w:t>
      </w:r>
      <w:r>
        <w:rPr>
          <w:sz w:val="22"/>
        </w:rPr>
        <w:t>和上面同理，!=会类型转换，!==不会</w:t>
      </w:r>
    </w:p>
    <w:p>
      <w:pPr>
        <w:spacing w:after="40"/>
      </w:pPr>
      <w:r>
        <w:rPr>
          <w:b/>
          <w:sz w:val="22"/>
        </w:rPr>
        <w:t>&amp;&amp; 逻辑与：</w:t>
      </w:r>
      <w:r>
        <w:rPr>
          <w:sz w:val="22"/>
        </w:rPr>
        <w:t>两边都true才返回true。短路规则：左边为false直接返回左边值</w:t>
      </w:r>
    </w:p>
    <w:p>
      <w:pPr>
        <w:spacing w:after="40"/>
      </w:pPr>
      <w:r>
        <w:rPr>
          <w:b/>
          <w:sz w:val="22"/>
        </w:rPr>
        <w:t>|| 逻辑或：</w:t>
      </w:r>
      <w:r>
        <w:rPr>
          <w:sz w:val="22"/>
        </w:rPr>
        <w:t>一边true就返回true。短路规则：左边为true直接返回左边值</w:t>
      </w:r>
    </w:p>
    <w:p>
      <w:pPr>
        <w:spacing w:after="40"/>
      </w:pPr>
      <w:r>
        <w:rPr>
          <w:b/>
          <w:sz w:val="22"/>
        </w:rPr>
        <w:t>! 逻辑非：</w:t>
      </w:r>
      <w:r>
        <w:rPr>
          <w:sz w:val="22"/>
        </w:rPr>
        <w:t>取反操作：!true = false, !false = true</w:t>
      </w:r>
    </w:p>
    <w:p>
      <w:pPr>
        <w:spacing w:after="40"/>
      </w:pPr>
      <w:r>
        <w:rPr>
          <w:b/>
          <w:sz w:val="22"/>
        </w:rPr>
        <w:t>i++ vs ++i：</w:t>
      </w:r>
      <w:r>
        <w:rPr>
          <w:sz w:val="22"/>
        </w:rPr>
        <w:t>i++：先返回原值再自增；++i：先自增再返回新值</w:t>
      </w:r>
    </w:p>
    <w:p>
      <w:pPr>
        <w:spacing w:after="40"/>
      </w:pPr>
      <w:r>
        <w:rPr>
          <w:b/>
          <w:sz w:val="22"/>
        </w:rPr>
        <w:t>三元运算符 ? :：</w:t>
      </w:r>
      <w:r>
        <w:rPr>
          <w:sz w:val="22"/>
        </w:rPr>
        <w:t>条件 ? 为true时返回的值 : 为false时返回的值</w:t>
      </w:r>
    </w:p>
    <w:p>
      <w:pPr>
        <w:spacing w:after="40"/>
      </w:pPr>
      <w:r>
        <w:rPr>
          <w:b/>
          <w:sz w:val="22"/>
        </w:rPr>
        <w:t>?? 空值合并：</w:t>
      </w:r>
      <w:r>
        <w:rPr>
          <w:sz w:val="22"/>
        </w:rPr>
        <w:t>只有当左边为null或undefined时才返回右边，否则返回左边</w:t>
      </w:r>
    </w:p>
    <w:p>
      <w:r>
        <w:rPr>
          <w:b/>
          <w:color w:val="CC0000"/>
          <w:sz w:val="22"/>
        </w:rPr>
        <w:t>始终用===代替==！自增运算注意i++和++i的顺序区别！逻辑运算符的短路特性常考。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表达式“22 == 22”的比较结果为( )</w:t>
      </w:r>
    </w:p>
    <w:p>
      <w:pPr>
        <w:ind w:left="283"/>
      </w:pPr>
      <w:r>
        <w:rPr>
          <w:color w:val="555555"/>
          <w:sz w:val="20"/>
        </w:rPr>
        <w:t>A. 1   B. true   C. 0   D. false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表达式 `3 &amp;&amp; 0 &amp;&amp; 'hello'` 的结果是（ ）</w:t>
      </w:r>
    </w:p>
    <w:p>
      <w:pPr>
        <w:ind w:left="283"/>
      </w:pPr>
      <w:r>
        <w:rPr>
          <w:color w:val="555555"/>
          <w:sz w:val="20"/>
        </w:rPr>
        <w:t>A. 3   B. 0   C. 'hello'   D. true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解析：逻辑与运算符 &amp;&amp; 具有短路特性，从左到右计算，遇到第一个假值（falsy value）时返回该值，不再继续计算。3 是真值，0 是假值，因此返回 0。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下列运算符中，仅比较数据值的是( )</w:t>
      </w:r>
    </w:p>
    <w:p>
      <w:pPr>
        <w:ind w:left="283"/>
      </w:pPr>
      <w:r>
        <w:rPr>
          <w:color w:val="555555"/>
          <w:sz w:val="20"/>
        </w:rPr>
        <w:t>A. ===   B. ==   C. !==   D. -=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解析：不相同类型的数据进行比较时，首先会自动将其转换成相同类型的数据后再进行比较，如:字符串'123'与123进行比较时，首先会将字符串'123'转换成数字型，然后再与123进行比较。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下列选项中，与三元运算符的功能相同的是( )</w:t>
      </w:r>
    </w:p>
    <w:p>
      <w:pPr>
        <w:ind w:left="283"/>
      </w:pPr>
      <w:r>
        <w:rPr>
          <w:color w:val="555555"/>
          <w:sz w:val="20"/>
        </w:rPr>
        <w:t>A. if语句   B. if...else语句   C. if...else if...else语句   D. for语句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解析：无 多选题(共5道题)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下列选项中，不属于赋值运算符的是( )</w:t>
      </w:r>
    </w:p>
    <w:p>
      <w:pPr>
        <w:ind w:left="283"/>
      </w:pPr>
      <w:r>
        <w:rPr>
          <w:color w:val="555555"/>
          <w:sz w:val="20"/>
        </w:rPr>
        <w:t>A. =   B. %=   C. ==   D. &gt;&gt;&gt;=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解析：“==”是比较运算符。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下列选项中，不属于逻辑运算符的有( )</w:t>
      </w:r>
    </w:p>
    <w:p>
      <w:pPr>
        <w:ind w:left="283"/>
      </w:pPr>
      <w:r>
        <w:rPr>
          <w:color w:val="555555"/>
          <w:sz w:val="20"/>
        </w:rPr>
        <w:t>A. &amp;&amp;   B. &amp;   C. ||   D. |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解析：“&amp;”与“|”都是位运算符，分别表示按位与和按位或。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下列选项中，运算符“--”可以操作的数据类型有( )</w:t>
      </w:r>
    </w:p>
    <w:p>
      <w:pPr>
        <w:ind w:left="283"/>
      </w:pPr>
      <w:r>
        <w:rPr>
          <w:color w:val="555555"/>
          <w:sz w:val="20"/>
        </w:rPr>
        <w:t>A. 数字型   B. 空型   C. 字符型   D. 布尔型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AD</w:t>
      </w:r>
    </w:p>
    <w:p>
      <w:pPr>
        <w:ind w:left="283"/>
      </w:pPr>
      <w:r>
        <w:rPr>
          <w:color w:val="888888"/>
          <w:sz w:val="20"/>
        </w:rPr>
        <w:t>解析：递增和递减运算符仅对数字型和布尔型数据操作，操作时会将布尔值true当做1，false当做0。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若x = y = 6，则表达式“x &amp;&amp; y ? ++y : x--”的运行结果为____。</w:t>
      </w:r>
    </w:p>
    <w:p>
      <w:pPr>
        <w:spacing w:after="40"/>
        <w:ind w:left="283"/>
      </w:pPr>
      <w:r>
        <w:t>答案：7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位运算符会将参与运算的操作数视为由0和____组成的二进制数。</w:t>
      </w:r>
    </w:p>
    <w:p>
      <w:pPr>
        <w:spacing w:after="40"/>
        <w:ind w:left="283"/>
      </w:pPr>
      <w:r>
        <w:t>答案：1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表达式'12' == 12的运算结果为____。</w:t>
      </w:r>
    </w:p>
    <w:p>
      <w:pPr>
        <w:spacing w:after="40"/>
        <w:ind w:left="283"/>
      </w:pPr>
      <w:r>
        <w:t>答案：true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小括号“()”是优先级最高运算符，运算时要先计算小括号内的表达式。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逻辑或运算符 || 的短路特性是：如果第一个操作数为真，则返回第一个操作数，否则返回第二个操作数。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解析：|| 运算符从左到右计算，遇到第一个真值时返回该值，否则返回最后一个值，这就是短路求值。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若x=y=2，则表达式“x &gt; 3 &amp;&amp; y != 0”的运算结果为()。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== 运算符会先转换操作数的类型，再进行比较；=== 运算符不会转换类型，直接比较值和类型。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解析：== 是抽象相等比较，会进行类型转换；=== 是严格相等比较，要求值和类型都相同。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逻辑运算符&amp;的操作数都是true时，结果为true，否则为false。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解析：&amp;是位运算符，表示按位与。 逻辑与运算符为&amp;&amp;。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switch语句中的case分支判断使用的是严格相等（===）比较。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解析：switch语句中，表达式与case后的常量进行严格相等比较，即类型和值都必须相同，例如1和'1'不匹配。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流程控制语句</w:t>
      </w:r>
    </w:p>
    <w:p>
      <w:r>
        <w:rPr>
          <w:color w:val="999999"/>
          <w:sz w:val="20"/>
        </w:rPr>
        <w:t>共 25 题</w:t>
      </w:r>
    </w:p>
    <w:p>
      <w:pPr>
        <w:pStyle w:val="Heading2"/>
      </w:pPr>
      <w:r>
        <w:t>核心要点</w:t>
      </w:r>
    </w:p>
    <w:p>
      <w:r>
        <w:t>流程控制语句控制代码的执行路径。</w:t>
      </w:r>
    </w:p>
    <w:p>
      <w:pPr>
        <w:spacing w:after="40"/>
      </w:pPr>
      <w:r>
        <w:rPr>
          <w:b/>
          <w:sz w:val="22"/>
        </w:rPr>
        <w:t>if-else结构：</w:t>
      </w:r>
      <w:r>
        <w:rPr>
          <w:sz w:val="22"/>
        </w:rPr>
        <w:t>if(条件) { 成立执行 } else { 不成立执行 }。可以多级if-else if-else</w:t>
      </w:r>
    </w:p>
    <w:p>
      <w:pPr>
        <w:spacing w:after="40"/>
      </w:pPr>
      <w:r>
        <w:rPr>
          <w:b/>
          <w:sz w:val="22"/>
        </w:rPr>
        <w:t>switch-case：</w:t>
      </w:r>
      <w:r>
        <w:rPr>
          <w:sz w:val="22"/>
        </w:rPr>
        <w:t>switch(表达式) { case 值1: ... break; case 值2: ... break; default: ... }。匹配到case执行，break跳出，不加break会穿透</w:t>
      </w:r>
    </w:p>
    <w:p>
      <w:pPr>
        <w:spacing w:after="40"/>
      </w:pPr>
      <w:r>
        <w:rPr>
          <w:b/>
          <w:sz w:val="22"/>
        </w:rPr>
        <w:t>for循环执行流程：</w:t>
      </w:r>
      <w:r>
        <w:rPr>
          <w:sz w:val="22"/>
        </w:rPr>
        <w:t>for(初始化; 条件判断; 自增) { 循环体 } → 初始化→判断(真则执行体)→自增→再判断...直到条件为假</w:t>
      </w:r>
    </w:p>
    <w:p>
      <w:pPr>
        <w:spacing w:after="40"/>
      </w:pPr>
      <w:r>
        <w:rPr>
          <w:b/>
          <w:sz w:val="22"/>
        </w:rPr>
        <w:t>while循环：</w:t>
      </w:r>
      <w:r>
        <w:rPr>
          <w:sz w:val="22"/>
        </w:rPr>
        <w:t>while(条件) { 循环体 } → 先判断条件，真则执行，否则跳过。可能一次都不执行</w:t>
      </w:r>
    </w:p>
    <w:p>
      <w:pPr>
        <w:spacing w:after="40"/>
      </w:pPr>
      <w:r>
        <w:rPr>
          <w:b/>
          <w:sz w:val="22"/>
        </w:rPr>
        <w:t>do-while循环：</w:t>
      </w:r>
      <w:r>
        <w:rPr>
          <w:sz w:val="22"/>
        </w:rPr>
        <w:t>do { 循环体 } while(条件) → 至少执行一次循环体，再判断是否继续</w:t>
      </w:r>
    </w:p>
    <w:p>
      <w:pPr>
        <w:spacing w:after="40"/>
      </w:pPr>
      <w:r>
        <w:rPr>
          <w:b/>
          <w:sz w:val="22"/>
        </w:rPr>
        <w:t>break：</w:t>
      </w:r>
      <w:r>
        <w:rPr>
          <w:sz w:val="22"/>
        </w:rPr>
        <w:t>终止整个循环，跳出循环体</w:t>
      </w:r>
    </w:p>
    <w:p>
      <w:pPr>
        <w:spacing w:after="40"/>
      </w:pPr>
      <w:r>
        <w:rPr>
          <w:b/>
          <w:sz w:val="22"/>
        </w:rPr>
        <w:t>continue：</w:t>
      </w:r>
      <w:r>
        <w:rPr>
          <w:sz w:val="22"/>
        </w:rPr>
        <w:t>跳过当前这次循环的剩余语句，直接进入下一次循环的条件判断</w:t>
      </w:r>
    </w:p>
    <w:p>
      <w:pPr>
        <w:spacing w:after="40"/>
      </w:pPr>
      <w:r>
        <w:rPr>
          <w:b/>
          <w:sz w:val="22"/>
        </w:rPr>
        <w:t>for...in 遍历：</w:t>
      </w:r>
      <w:r>
        <w:rPr>
          <w:sz w:val="22"/>
        </w:rPr>
        <w:t>for(let key in obj) — 遍历对象的键名/数组的索引</w:t>
      </w:r>
    </w:p>
    <w:p>
      <w:pPr>
        <w:spacing w:after="40"/>
      </w:pPr>
      <w:r>
        <w:rPr>
          <w:b/>
          <w:sz w:val="22"/>
        </w:rPr>
        <w:t>for...of 遍历：</w:t>
      </w:r>
      <w:r>
        <w:rPr>
          <w:sz w:val="22"/>
        </w:rPr>
        <w:t>for(let val of arr) — 遍历数组/可迭代对象的值</w:t>
      </w:r>
    </w:p>
    <w:p>
      <w:r>
        <w:rPr>
          <w:b/>
          <w:color w:val="CC0000"/>
          <w:sz w:val="22"/>
        </w:rPr>
        <w:t>for循环的完整执行顺序要背：初始化→条件判断(成立则)→执行体→自增→再判断... do-while保证至少执行一次！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下列选项中，不属于选择结构语句的是( )</w:t>
      </w:r>
    </w:p>
    <w:p>
      <w:pPr>
        <w:ind w:left="283"/>
      </w:pPr>
      <w:r>
        <w:rPr>
          <w:color w:val="555555"/>
          <w:sz w:val="20"/>
        </w:rPr>
        <w:t>A. if语句   B. if...else语句   C. if...else if...else   D. while语句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解析：while语句是循环结构语句。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以下选项中不属于分支结构语句的是( )</w:t>
      </w:r>
    </w:p>
    <w:p>
      <w:pPr>
        <w:ind w:left="283"/>
      </w:pPr>
      <w:r>
        <w:rPr>
          <w:color w:val="555555"/>
          <w:sz w:val="20"/>
        </w:rPr>
        <w:t>A. if语句   B. if...else语句   C. if...else if...else   D. while语句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解析：while语句是循环结构语句。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以下关于switch...case语句的说法中，正确的有？</w:t>
      </w:r>
    </w:p>
    <w:p>
      <w:pPr>
        <w:ind w:left="283"/>
      </w:pPr>
      <w:r>
        <w:rPr>
          <w:color w:val="555555"/>
          <w:sz w:val="20"/>
        </w:rPr>
        <w:t>A. switch的表达式可以是任意数据类型   B. case后的表达式必须是常量   C. default分支必须放在所有case的最后   D. break语句用于终止switch语句的执行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解析：switch的表达式可以是任意类型，case后的表达式必须是常量（字面量或常量表达式）；default分支可以放在任意位置；break用于终止当前case的执行，防止穿透。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以下关于for...in和for...of的描述中，正确的有？</w:t>
      </w:r>
    </w:p>
    <w:p>
      <w:pPr>
        <w:ind w:left="283"/>
      </w:pPr>
      <w:r>
        <w:rPr>
          <w:color w:val="555555"/>
          <w:sz w:val="20"/>
        </w:rPr>
        <w:t>A. for...in可以遍历数组的索引   B. for...of可以遍历对象的属性名   C. for...in遍历对象时会包含继承的属性   D. for...of可以遍历字符串的每个字符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解析：for...in用于遍历对象的可枚举属性（包括继承的），遍历数组时得到索引；for...of用于遍历可迭代对象的元素，如字符串的字符、数组的元素等，不能直接遍历普通对象。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在JavaScript循环中，break语句可以用于以下哪些场景？</w:t>
      </w:r>
    </w:p>
    <w:p>
      <w:pPr>
        <w:ind w:left="283"/>
      </w:pPr>
      <w:r>
        <w:rPr>
          <w:color w:val="555555"/>
          <w:sz w:val="20"/>
        </w:rPr>
        <w:t>A. 终止for循环的执行   B. 终止while循环的执行   C. 终止switch...case语句中的case分支   D. 跳过当前循环的剩余语句，进入下一次循环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解析：break语句可用于终止for、while等循环的执行（A、B正确），也可用于终止switch...case中的case分支（C正确）；跳过当前循环剩余语句的是continue语句（D错误）。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以下关于while和do...while循环的描述中，正确的有？</w:t>
      </w:r>
    </w:p>
    <w:p>
      <w:pPr>
        <w:ind w:left="283"/>
      </w:pPr>
      <w:r>
        <w:rPr>
          <w:color w:val="555555"/>
          <w:sz w:val="20"/>
        </w:rPr>
        <w:t>A. while循环是先判断条件，再执行循环体   B. do...while循环是先执行循环体，再判断条件   C. while循环的循环体至少执行一次   D. do...while循环的循环体至少执行一次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解析：while循环先判断条件，条件不成立则不执行循环体；do...while循环先执行循环体，再判断条件，因此循环体至少执行一次。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以下关于JavaScript循环语句的描述中，正确的有哪些？</w:t>
      </w:r>
    </w:p>
    <w:p>
      <w:pPr>
        <w:ind w:left="283"/>
      </w:pPr>
      <w:r>
        <w:rPr>
          <w:color w:val="555555"/>
          <w:sz w:val="20"/>
        </w:rPr>
        <w:t>A. for循环适用于已知循环次数的场景   B. while循环是先执行循环体再判断条件   C. do...while循环至少执行一次循环体   D. for循环的初始化、条件判断和更新操作可以全部省略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for循环的结构为for(初始化;条件;更新)，适用于已知循环次数的场景（A正确）；while循环先判断条件再执行循环体（B错误）；do...while循环先执行循环体再判断条件，因此至少执行一次（C正确）；for循环的三个部分均可省略，例如for(;;)会形成无限循环（D正确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以下关于break和continue语句的说法中，正确的有？</w:t>
      </w:r>
    </w:p>
    <w:p>
      <w:pPr>
        <w:ind w:left="283"/>
      </w:pPr>
      <w:r>
        <w:rPr>
          <w:color w:val="555555"/>
          <w:sz w:val="20"/>
        </w:rPr>
        <w:t>A. break语句可以终止当前所在的循环或switch语句   B. continue语句可以终止整个循环   C. break语句可以用在所有循环中   D. continue语句只能用在for循环中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解析：break语句用于终止当前循环或switch语句，可用于所有循环（for、while、do...while）；continue语句用于跳过当前循环的本次迭代，进入下一次循环，可用于所有循环。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以下关于while和do...while循环的描述中，正确的有哪些？</w:t>
      </w:r>
    </w:p>
    <w:p>
      <w:pPr>
        <w:ind w:left="283"/>
      </w:pPr>
      <w:r>
        <w:rPr>
          <w:color w:val="555555"/>
          <w:sz w:val="20"/>
        </w:rPr>
        <w:t>A. while循环是先判断条件，再执行循环体   B. do...while循环是先执行循环体，再判断条件   C. 当条件初始为false时，while循环不会执行循环体   D. 当条件初始为false时，do...while循环也不会执行循环体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解析：while循环先判断条件再执行循环体，do...while循环先执行循环体再判断条件（A、B正确）；条件初始为false时，while循环不执行循环体，do...while循环至少执行一次（C正确，D错误）。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在循环中，continue语句的作用是______。</w:t>
      </w:r>
    </w:p>
    <w:p>
      <w:pPr>
        <w:spacing w:after="40"/>
        <w:ind w:left="283"/>
      </w:pPr>
      <w:r>
        <w:t>答案：跳过当前循环的剩余语句，进入下一次循环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在switch...case语句中，若某个case分支执行后没有break语句，则程序会继续执行后续case分支，这种现象称为______。</w:t>
      </w:r>
    </w:p>
    <w:p>
      <w:pPr>
        <w:spacing w:after="40"/>
        <w:ind w:left="283"/>
      </w:pPr>
      <w:r>
        <w:t>答案：case穿透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在switch...case语句中，若省略break关键字，程序会继续执行后续case分支，这种现象称为______。</w:t>
      </w:r>
    </w:p>
    <w:p>
      <w:pPr>
        <w:spacing w:after="40"/>
        <w:ind w:left="283"/>
      </w:pPr>
      <w:r>
        <w:t>答案：贯穿(fall-through)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____语句可用于跳出switch语句。</w:t>
      </w:r>
    </w:p>
    <w:p>
      <w:pPr>
        <w:spacing w:after="40"/>
        <w:ind w:left="283"/>
      </w:pPr>
      <w:r>
        <w:t>答案：break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do...while循环与while循环的主要区别在于，do...while循环会______执行循环体。</w:t>
      </w:r>
    </w:p>
    <w:p>
      <w:pPr>
        <w:spacing w:after="40"/>
        <w:ind w:left="283"/>
      </w:pPr>
      <w:r>
        <w:t>答案：至少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在JavaScript的条件判断中，当需要处理多个互斥条件时，应使用______结构来替代多层if...else嵌套，以提高代码的可读性。</w:t>
      </w:r>
    </w:p>
    <w:p>
      <w:pPr>
        <w:spacing w:after="40"/>
        <w:ind w:left="283"/>
      </w:pPr>
      <w:r>
        <w:t>答案：else if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在循环中，______语句用于立即终止整个循环的执行，而continue语句仅跳过当前循环的剩余语句并进入下一次循环。</w:t>
      </w:r>
    </w:p>
    <w:p>
      <w:pPr>
        <w:spacing w:after="40"/>
        <w:ind w:left="283"/>
      </w:pPr>
      <w:r>
        <w:t>答案：break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使用for...in遍历对象时，默认遍历的是对象的______属性（包括继承的属性）。</w:t>
      </w:r>
    </w:p>
    <w:p>
      <w:pPr>
        <w:spacing w:after="40"/>
        <w:ind w:left="283"/>
      </w:pPr>
      <w:r>
        <w:t>答案：可枚举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____语句用于立即跳出整个循环，也就是将循环结束。</w:t>
      </w:r>
    </w:p>
    <w:p>
      <w:pPr>
        <w:spacing w:after="40"/>
        <w:ind w:left="283"/>
      </w:pPr>
      <w:r>
        <w:t>答案：break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if语句代码段中只有一条语句时，可以省略。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使用switch语句时，每个case之后加上break，表示退出switch语句。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while循环的条件表达式可以是任意类型，若为非布尔值，则会被自动转换为布尔值进行判断。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解析：JavaScript中while循环的条件表达式会进行隐式类型转换，非布尔值会被转换为true或false来决定是否执行循环体。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switch...case语句中，default分支是可选的，且只能出现一次。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解析：default分支用于处理所有case都不匹配的情况，是可选的，且在一个switch语句中只能出现一次。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for...of循环可以直接遍历普通对象（如{name: 'Alice', age: 20}）的属性值。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解析：普通对象不是可迭代对象（不具备Symbol.iterator属性），因此for...of循环无法直接遍历普通对象；若需遍历普通对象的属性值，可先使用Object.values()等方法转换为数组。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continue语句只能用于循环结构中，不能用于switch...case语句。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解析：continue语句的作用是跳过当前循环的剩余语句，进入下一次循环，因此只能在循环结构（如for、while）中使用，不能在switch...case中使用。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continue语句只能用在循环语句中，不能用在switch语句中。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解析：continue语句的作用是跳过循环的本次迭代，进入下一次循环，因此仅能在循环语句（for、while、do...while）中使用；switch语句中使用的是break语句。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函数</w:t>
      </w:r>
    </w:p>
    <w:p>
      <w:r>
        <w:rPr>
          <w:color w:val="999999"/>
          <w:sz w:val="20"/>
        </w:rPr>
        <w:t>共 45 题</w:t>
      </w:r>
    </w:p>
    <w:p>
      <w:pPr>
        <w:pStyle w:val="Heading2"/>
      </w:pPr>
      <w:r>
        <w:t>核心要点</w:t>
      </w:r>
    </w:p>
    <w:p>
      <w:r>
        <w:t>函数是JS最核心的概念之一，是把一段代码封装起来重复使用的工具。</w:t>
      </w:r>
    </w:p>
    <w:p>
      <w:pPr>
        <w:spacing w:after="40"/>
      </w:pPr>
      <w:r>
        <w:rPr>
          <w:b/>
          <w:sz w:val="22"/>
        </w:rPr>
        <w:t>函数声明 function fn(){}：</w:t>
      </w:r>
      <w:r>
        <w:rPr>
          <w:sz w:val="22"/>
        </w:rPr>
        <w:t>有函数提升，可以在声明之前调用。function add(a,b){ return a+b; }</w:t>
      </w:r>
    </w:p>
    <w:p>
      <w:pPr>
        <w:spacing w:after="40"/>
      </w:pPr>
      <w:r>
        <w:rPr>
          <w:b/>
          <w:sz w:val="22"/>
        </w:rPr>
        <w:t>函数表达式 const fn = function(){}：</w:t>
      </w:r>
      <w:r>
        <w:rPr>
          <w:sz w:val="22"/>
        </w:rPr>
        <w:t>无提升，必须先定义再调用。const add = function(a,b){ return a+b; }</w:t>
      </w:r>
    </w:p>
    <w:p>
      <w:pPr>
        <w:spacing w:after="40"/>
      </w:pPr>
      <w:r>
        <w:rPr>
          <w:b/>
          <w:sz w:val="22"/>
        </w:rPr>
        <w:t>箭头函数 const fn = ()=&gt;{}：</w:t>
      </w:r>
      <w:r>
        <w:rPr>
          <w:sz w:val="22"/>
        </w:rPr>
        <w:t>ES6新语法，简洁；没有自己的this和arguments；适合做回调</w:t>
      </w:r>
    </w:p>
    <w:p>
      <w:pPr>
        <w:spacing w:after="40"/>
      </w:pPr>
      <w:r>
        <w:rPr>
          <w:b/>
          <w:sz w:val="22"/>
        </w:rPr>
        <w:t>匿名函数：</w:t>
      </w:r>
      <w:r>
        <w:rPr>
          <w:sz w:val="22"/>
        </w:rPr>
        <w:t>没有名字的函数，通常作为参数传递（回调函数）</w:t>
      </w:r>
    </w:p>
    <w:p>
      <w:pPr>
        <w:spacing w:after="40"/>
      </w:pPr>
      <w:r>
        <w:rPr>
          <w:b/>
          <w:sz w:val="22"/>
        </w:rPr>
        <w:t>立即执行函数IIFE：</w:t>
      </w:r>
      <w:r>
        <w:rPr>
          <w:sz w:val="22"/>
        </w:rPr>
        <w:t>(function(){ ... })() — 定义完立即执行，创建独立作用域，避免变量污染全局</w:t>
      </w:r>
    </w:p>
    <w:p>
      <w:pPr>
        <w:spacing w:after="40"/>
      </w:pPr>
      <w:r>
        <w:rPr>
          <w:b/>
          <w:sz w:val="22"/>
        </w:rPr>
        <w:t>回调函数：</w:t>
      </w:r>
      <w:r>
        <w:rPr>
          <w:sz w:val="22"/>
        </w:rPr>
        <w:t>作为参数传给另一个函数，并在某个时机被调用的函数</w:t>
      </w:r>
    </w:p>
    <w:p>
      <w:pPr>
        <w:spacing w:after="40"/>
      </w:pPr>
      <w:r>
        <w:rPr>
          <w:b/>
          <w:sz w:val="22"/>
        </w:rPr>
        <w:t>闭包：</w:t>
      </w:r>
      <w:r>
        <w:rPr>
          <w:sz w:val="22"/>
        </w:rPr>
        <w:t>函数内部返回另一个函数，内部函数可以访问外部函数的变量。用途：数据私有化、函数柯里化、防抖节流</w:t>
      </w:r>
    </w:p>
    <w:p>
      <w:pPr>
        <w:spacing w:after="40"/>
      </w:pPr>
      <w:r>
        <w:rPr>
          <w:b/>
          <w:sz w:val="22"/>
        </w:rPr>
        <w:t>默认参数/剩余参数：</w:t>
      </w:r>
      <w:r>
        <w:rPr>
          <w:sz w:val="22"/>
        </w:rPr>
        <w:t>默认参数：function fn(a=10){}；剩余参数：function fn(a,...rest){} — rest是数组</w:t>
      </w:r>
    </w:p>
    <w:p>
      <w:r>
        <w:rPr>
          <w:b/>
          <w:color w:val="CC0000"/>
          <w:sz w:val="22"/>
        </w:rPr>
        <w:t>函数声明有提升！箭头函数没有自己的this！闭包三要素：函数嵌套、内函数引用外函数变量、内函数被返回。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以下关于函数声明和函数表达式的说法，正确的是（ ）</w:t>
      </w:r>
    </w:p>
    <w:p>
      <w:pPr>
        <w:ind w:left="283"/>
      </w:pPr>
      <w:r>
        <w:rPr>
          <w:color w:val="555555"/>
          <w:sz w:val="20"/>
        </w:rPr>
        <w:t>A. 函数声明会被提升，函数表达式不会被提升   B. 函数表达式会被提升，函数声明不会被提升   C. 函数声明和函数表达式都会被提升   D. 函数声明和函数表达式都不会被提升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解析：函数声明存在提升现象，可以在声明之前调用；函数表达式是变量赋值的一部分，只有变量声明会被提升，函数体不会被提升，因此在表达式之前调用会报错。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以下代码中，函数`sum`的默认参数和剩余参数使用正确的是（）</w:t>
      </w:r>
    </w:p>
    <w:p>
      <w:pPr>
        <w:ind w:left="283"/>
      </w:pPr>
      <w:r>
        <w:rPr>
          <w:color w:val="555555"/>
          <w:sz w:val="20"/>
        </w:rPr>
        <w:t>A. function sum(a=0, ...args) { return a + args.reduce((x,y)=&gt;x+y,0); }   B. function sum(...args, a=0) { return a + args.reduce((x,y)=&gt;x+y,0); }   C. function sum(a=0, args...) { return a + args.reduce((x,y)=&gt;x+y,0); }   D. function sum(a=0, ...args) { return a + args; }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解析：剩余参数`...args`必须作为最后一个参数；默认参数可以放在剩余参数之前；`args`是数组，需用reduce求和。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下列选项中，不能用作函数名开头的是( )</w:t>
      </w:r>
    </w:p>
    <w:p>
      <w:pPr>
        <w:ind w:left="283"/>
      </w:pPr>
      <w:r>
        <w:rPr>
          <w:color w:val="555555"/>
          <w:sz w:val="20"/>
        </w:rPr>
        <w:t>A. 字母   B. 数字   C. 下画线(_)   D. $符号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解析：函数名可由字母、数字、下画线(_)和$符号组成，但是函数名不能以数字开头，且不能是JavaScript中的关键字。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下列选项中，可以获取用户调用函数传递的实参的是( )</w:t>
      </w:r>
    </w:p>
    <w:p>
      <w:pPr>
        <w:ind w:left="283"/>
      </w:pPr>
      <w:r>
        <w:rPr>
          <w:color w:val="555555"/>
          <w:sz w:val="20"/>
        </w:rPr>
        <w:t>A. arguments.length   B. theNums   C. params   D. arguments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解析：在开发时若不能确定函数的形参个数，此时定义函数时可以不设置形参，在函数体中直接通过arguments对象获取函数调用时传递的实参。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下列选项中，不能作为函数名称的是( )</w:t>
      </w:r>
    </w:p>
    <w:p>
      <w:pPr>
        <w:ind w:left="283"/>
      </w:pPr>
      <w:r>
        <w:rPr>
          <w:color w:val="555555"/>
          <w:sz w:val="20"/>
        </w:rPr>
        <w:t>A. getMin   B. show   C. const   D. it_info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解析：函数名不能是JavaScript中的关键字，const是关键字。 多选题(共4道题)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下列选项中，关于闭包说法错误的是( )</w:t>
      </w:r>
    </w:p>
    <w:p>
      <w:pPr>
        <w:ind w:left="283"/>
      </w:pPr>
      <w:r>
        <w:rPr>
          <w:color w:val="555555"/>
          <w:sz w:val="20"/>
        </w:rPr>
        <w:t>A. 闭包的使用可以节省内存的消耗，提高程序的处理速度   B. 闭包可以在函数外部读取函数内部的变量   C. 闭包可以让变量的值始终保持在内存中   D. 闭包函数指的是有权访问另一函数作用域内变量的函数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解析：闭包会使得函数中的变量一直被保存在内存中，内存消耗很大，所以闭包的滥用可能会降低程序的处理速度，造成内存消耗等问题。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以下关于剩余参数的描述，正确的是？</w:t>
      </w:r>
    </w:p>
    <w:p>
      <w:pPr>
        <w:ind w:left="283"/>
      </w:pPr>
      <w:r>
        <w:rPr>
          <w:color w:val="555555"/>
          <w:sz w:val="20"/>
        </w:rPr>
        <w:t>A. 剩余参数可以收集函数的所有实参，无论其位置如何   B. 剩余参数必须放在函数参数列表的开头   C. 剩余参数会将收集到的实参存储为一个数组   D. 剩余参数只能收集一个实参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解析：剩余参数`...rest`必须放在函数参数列表的末尾，用于收集剩余的所有实参并存储为数组，因此选项C正确。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下列选项中，关于匿名函数说法正确的有( )</w:t>
      </w:r>
    </w:p>
    <w:p>
      <w:pPr>
        <w:ind w:left="283"/>
      </w:pPr>
      <w:r>
        <w:rPr>
          <w:color w:val="555555"/>
          <w:sz w:val="20"/>
        </w:rPr>
        <w:t>A. 自调用方式实现匿名函数时要使用小括号“()”包裹匿名函数   B. 匿名函数可以用来处理事件   C. 利用自调用方式实现匿名函数时，可以进行多次自调用   D. 利用函数表达式实现匿名函数时，可以通过“变量名()”的方式调用多次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解析：自调用只能调用一次，调用完成后将自动销毁。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关于JavaScript闭包，下列说法正确的有（）</w:t>
      </w:r>
    </w:p>
    <w:p>
      <w:pPr>
        <w:ind w:left="283"/>
      </w:pPr>
      <w:r>
        <w:rPr>
          <w:color w:val="555555"/>
          <w:sz w:val="20"/>
        </w:rPr>
        <w:t>A. 闭包是指有权访问另一个函数作用域中变量的函数   B. 闭包会导致内存泄漏，因此应避免使用   C. 闭包的形成依赖于作用域链的存在   D. 使用闭包可以实现私有变量的模拟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解析：闭包是函数嵌套时内部函数引用外部函数变量的现象；合理使用闭包不会导致内存泄漏；作用域链是闭包实现的基础；通过闭包可以隐藏变量，模拟私有属性。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以下关于JavaScript作用域的描述中，正确的有（）</w:t>
      </w:r>
    </w:p>
    <w:p>
      <w:pPr>
        <w:ind w:left="283"/>
      </w:pPr>
      <w:r>
        <w:rPr>
          <w:color w:val="555555"/>
          <w:sz w:val="20"/>
        </w:rPr>
        <w:t>A. 块级作用域由`{}`包裹，使用let/const声明的变量存在块级作用域   B. 作用域链的查找顺序是从当前作用域向上级作用域查找，直到全局作用域   C. 在函数作用域中，使用var声明的变量会提升到作用域顶部   D. 全局作用域中的变量只能在全局环境中访问，函数内部无法访问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解析：块级作用域通过let/const和{}创建；作用域链查找遵循"当前作用域→上级作用域→全局作用域"的顺序；var声明存在变量提升；全局变量在函数内部可以直接访问（若未被局部变量覆盖）。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下列选项中，关于函数表达式的说法正确的有( )</w:t>
      </w:r>
    </w:p>
    <w:p>
      <w:pPr>
        <w:ind w:left="283"/>
      </w:pPr>
      <w:r>
        <w:rPr>
          <w:color w:val="555555"/>
          <w:sz w:val="20"/>
        </w:rPr>
        <w:t>A. 函数表达式是JavaScript中另一种实现自定义函数的方式   B. 函数表达式的定义必须在调用前   C. 函数表达式通过"变量名()"的方式进行调用   D. 函数表达式调用时不能传入参数。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解析：数表达式调用时小括号()内可以传入参数。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以下关于剩余参数和 arguments 对象的说法，正确的有（ ）</w:t>
      </w:r>
    </w:p>
    <w:p>
      <w:pPr>
        <w:ind w:left="283"/>
      </w:pPr>
      <w:r>
        <w:rPr>
          <w:color w:val="555555"/>
          <w:sz w:val="20"/>
        </w:rPr>
        <w:t>A. 剩余参数是数组，可以使用数组方法   B. arguments 对象是数组，可以使用数组方法   C. 剩余参数可以替代 arguments 对象在 ES6 中的使用   D. 箭头函数中可以使用 arguments 对象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解析：剩余参数是真正的数组，可以使用数组方法；arguments 对象是类数组对象，需要转换为数组才能使用数组方法；ES6 中推荐使用剩余参数替代 arguments 对象；箭头函数中没有 arguments 对象，需要使用剩余参数获取参数列表。因此正确选项为 AC。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以下关于闭包的说法，正确的有（ ）</w:t>
      </w:r>
    </w:p>
    <w:p>
      <w:pPr>
        <w:ind w:left="283"/>
      </w:pPr>
      <w:r>
        <w:rPr>
          <w:color w:val="555555"/>
          <w:sz w:val="20"/>
        </w:rPr>
        <w:t>A. 闭包可以访问外层函数的变量   B. 闭包会导致内存泄漏   C. 闭包可以用来实现私有变量   D. 闭包中的变量不会被垃圾回收机制回收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闭包可以访问外层函数的变量，这是闭包的核心特性；合理使用闭包不会导致内存泄漏，只有滥用时才可能；闭包可以用来实现私有变量，通过外层函数的变量不被外部访问来实现；闭包中的变量在没有引用时会被垃圾回收机制回收。因此正确选项为 AC。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以下关于剩余参数和arguments对象的区别，正确的有？</w:t>
      </w:r>
    </w:p>
    <w:p>
      <w:pPr>
        <w:ind w:left="283"/>
      </w:pPr>
      <w:r>
        <w:rPr>
          <w:color w:val="555555"/>
          <w:sz w:val="20"/>
        </w:rPr>
        <w:t>A. 剩余参数是数组，arguments是类数组对象   B. 剩余参数仅包含未被明确声明的参数，arguments包含所有实参   C. 箭头函数中可以使用剩余参数，但不能使用arguments   D. 剩余参数和arguments都支持数组方法（如map、filter）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解析：剩余参数是真正的数组，支持所有数组方法；arguments是类数组对象，需转换为数组才能使用数组方法。箭头函数中没有arguments对象，但可以使用剩余参数。因此选项ABC正确，D错误。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 JavaScript 作用域的说法，正确的有（ ）</w:t>
      </w:r>
    </w:p>
    <w:p>
      <w:pPr>
        <w:ind w:left="283"/>
      </w:pPr>
      <w:r>
        <w:rPr>
          <w:color w:val="555555"/>
          <w:sz w:val="20"/>
        </w:rPr>
        <w:t>A. var 声明的变量具有函数作用域   B. let 和 const 声明的变量具有块级作用域   C. 函数作用域是块级作用域的一种   D. 全局作用域中的变量在任何地方都可以访问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解析：var 声明的变量具有函数作用域，let 和 const 声明的变量具有块级作用域；函数作用域和块级作用域是不同的作用域类型，函数作用域不是块级作用域的一种；全局作用域中的变量在整个程序中都可以访问。因此正确选项为 ABD。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函数表达式通过____的方式进行调用。</w:t>
      </w:r>
    </w:p>
    <w:p>
      <w:pPr>
        <w:spacing w:after="40"/>
        <w:ind w:left="283"/>
      </w:pPr>
      <w:r>
        <w:t>答案：变量名()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一个函数在其函数体内调用自身的过程，这种函数称为____。</w:t>
      </w:r>
    </w:p>
    <w:p>
      <w:pPr>
        <w:spacing w:after="40"/>
        <w:ind w:left="283"/>
      </w:pPr>
      <w:r>
        <w:t>答案：递归函数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函数的定义是由function关键字、函数名、____和函数体4部分组成的。</w:t>
      </w:r>
    </w:p>
    <w:p>
      <w:pPr>
        <w:spacing w:after="40"/>
        <w:ind w:left="283"/>
      </w:pPr>
      <w:r>
        <w:t>答案：参数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函数调用的语法是____。</w:t>
      </w:r>
    </w:p>
    <w:p>
      <w:pPr>
        <w:spacing w:after="40"/>
        <w:ind w:left="283"/>
      </w:pPr>
      <w:r>
        <w:t>答案：函数名()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闭包是指有权访问另一个函数作用域中变量的函数，其本质是函数与其______作用域的绑定关系。</w:t>
      </w:r>
    </w:p>
    <w:p>
      <w:pPr>
        <w:spacing w:after="40"/>
        <w:ind w:left="283"/>
      </w:pPr>
      <w:r>
        <w:t>答案：词法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函数调用时的参数称为____。</w:t>
      </w:r>
    </w:p>
    <w:p>
      <w:pPr>
        <w:spacing w:after="40"/>
        <w:ind w:left="283"/>
      </w:pPr>
      <w:r>
        <w:t>答案：实参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的弱类型特性体现在变量声明时无需指定____1____，变量类型可____2____；作为解释型语言，它在运行时由____3____逐行解释执行；多范式支持意味着可以根据需求选择不同的____4____，例如用函数式编程处理数据，用面向对象编程构建____5____。</w:t>
      </w:r>
    </w:p>
    <w:p>
      <w:pPr>
        <w:spacing w:after="40"/>
        <w:ind w:left="283"/>
      </w:pPr>
      <w:r>
        <w:t>答案：(1) 类型；(2) 动态转换；(3) JavaScript引擎；(4) 编程风格；(5) 复杂对象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____指的是有权访问另一函数作用域内变量(局部变量)的函数。</w:t>
      </w:r>
    </w:p>
    <w:p>
      <w:pPr>
        <w:spacing w:after="40"/>
        <w:ind w:left="283"/>
      </w:pPr>
      <w:r>
        <w:t>答案：闭包函数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在函数中使用剩余参数时，需要将其放在参数列表的______位置，且一个函数只能有一个剩余参数。</w:t>
      </w:r>
    </w:p>
    <w:p>
      <w:pPr>
        <w:spacing w:after="40"/>
        <w:ind w:left="283"/>
      </w:pPr>
      <w:r>
        <w:t>答案：最后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____对象中保存了函数调用时传递的所有实参。</w:t>
      </w:r>
    </w:p>
    <w:p>
      <w:pPr>
        <w:spacing w:after="40"/>
        <w:ind w:left="283"/>
      </w:pPr>
      <w:r>
        <w:t>答案：arguments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函数在定义时根据参数的有无，可分为____和有参函数。</w:t>
      </w:r>
    </w:p>
    <w:p>
      <w:pPr>
        <w:spacing w:after="40"/>
        <w:ind w:left="283"/>
      </w:pPr>
      <w:r>
        <w:t>答案：无参函数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若不确定函数调用时传递的实参个数，可通过____获取。</w:t>
      </w:r>
    </w:p>
    <w:p>
      <w:pPr>
        <w:spacing w:after="40"/>
        <w:ind w:left="283"/>
      </w:pPr>
      <w:r>
        <w:t>答案：arguments.length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在函数参数中使用剩余参数语法时，必须将剩余参数放在参数列表的______位置，例如`function func(a, ...rest) { ... }`中`rest`会收集除第一个参数外的所有实参。</w:t>
      </w:r>
    </w:p>
    <w:p>
      <w:pPr>
        <w:spacing w:after="40"/>
        <w:ind w:left="283"/>
      </w:pPr>
      <w:r>
        <w:t>答案：最后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在一个函数内部定义了其他函数就形成了____函数。</w:t>
      </w:r>
    </w:p>
    <w:p>
      <w:pPr>
        <w:spacing w:after="40"/>
        <w:ind w:left="283"/>
      </w:pPr>
      <w:r>
        <w:t>答案：嵌套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函数声明和函数表达式的主要区别在于函数声明会被提升，而函数表达式不会被提升。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解析：函数声明存在提升现象，可以在声明之前调用；函数表达式是变量赋值的一部分，只有变量声明会被提升，函数体不会被提升，因此该说法正确。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闭包是指函数可以访问其定义时的作用域，即使函数在其定义时的作用域之外执行。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解析：闭包的核心特性是函数能够记住并访问其定义时的词法作用域，即使函数在该作用域之外执行，因此该说法正确。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自定义函数在使用之前，要先定义，定义后即可调用。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函数表达式指的是将函数赋值给变量的表达式。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匿名函数可以有效避免函数名的冲突问题。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无参函数在定义时可以省略函数名后的小括号。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解析：在自定义函数时，即使函数的功能实现不需要设置参数，小括号“()”也不能省略。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函数的默认参数在函数调用时每次都会重新计算。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解析：函数的默认参数是在函数调用时计算的，每次调用都会重新计算默认值，因此该说法正确。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闭包中的变量会一直保存在内存中，不会被垃圾回收机制回收。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解析：闭包中的变量只有在被引用时才会保留，若闭包本身不再被引用，相关变量会被回收。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函数定义与调用的编写顺序不分前后。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匿名函数常用作函数的参数传递，实现回调函数。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内置函数需要先定义再使用。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解析：内置函数是可以直接使用的函数。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闭包函数常见的实现方式是在一个函数内部创建另一个函数，通过另一个函数访问这个函数的局部变量。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解析：无 填空题(共15道题)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匿名函数在自调用时不能够传递参数。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解析：使用小括号“()”包裹匿名函数，匿名函数后的小括号“()”表示给匿名函数传递参数并立即执行，完成函数的自调用。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请简述什么是闭包函数，并说出闭包函数的用途。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所谓“闭包函数”指的就是有权访问另一函数作用域内变量(局部变量)的函数，它主要的用途是以下两点: ① 可以在函数外部读取函数内部的变量。 ② 可以让变量的值始终保持在内存中，直到页面关闭。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请简述什么是回调函数。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所谓回调函数指的就是一个函数A作为参数传递给一个函数B，然后在B的函数体内调用函数A。此时，我们称函数A为回调函数。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请简述什么是作用域链。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于嵌套函数而言，内层函数只能在外层函数作用域内执行，在内层函数执行的过程中，若需要引入某个变量，首先会在当前作用域中寻找，若未找到，则继续向上一层级的作用域中寻找，直到全局作用域，我们将这种链式的查询关系称为作用域链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数组</w:t>
      </w:r>
    </w:p>
    <w:p>
      <w:r>
        <w:rPr>
          <w:color w:val="999999"/>
          <w:sz w:val="20"/>
        </w:rPr>
        <w:t>共 81 题</w:t>
      </w:r>
    </w:p>
    <w:p>
      <w:pPr>
        <w:pStyle w:val="Heading2"/>
      </w:pPr>
      <w:r>
        <w:t>核心要点</w:t>
      </w:r>
    </w:p>
    <w:p>
      <w:r>
        <w:t>数组是一组有序的数据集合，JS中数组非常灵活。</w:t>
      </w:r>
    </w:p>
    <w:p>
      <w:pPr>
        <w:spacing w:after="40"/>
      </w:pPr>
      <w:r>
        <w:rPr>
          <w:b/>
          <w:sz w:val="22"/>
        </w:rPr>
        <w:t>push() / pop()：</w:t>
      </w:r>
      <w:r>
        <w:rPr>
          <w:sz w:val="22"/>
        </w:rPr>
        <w:t>末尾添加一个或多个元素 / 删除末尾最后一个元素（栈操作）</w:t>
      </w:r>
    </w:p>
    <w:p>
      <w:pPr>
        <w:spacing w:after="40"/>
      </w:pPr>
      <w:r>
        <w:rPr>
          <w:b/>
          <w:sz w:val="22"/>
        </w:rPr>
        <w:t>shift() / unshift()：</w:t>
      </w:r>
      <w:r>
        <w:rPr>
          <w:sz w:val="22"/>
        </w:rPr>
        <w:t>删除第一个元素 / 开头添加一个或多个元素</w:t>
      </w:r>
    </w:p>
    <w:p>
      <w:pPr>
        <w:spacing w:after="40"/>
      </w:pPr>
      <w:r>
        <w:rPr>
          <w:b/>
          <w:sz w:val="22"/>
        </w:rPr>
        <w:t>splice(位置, 个数, 替换项)：</w:t>
      </w:r>
      <w:r>
        <w:rPr>
          <w:sz w:val="22"/>
        </w:rPr>
        <w:t>万能方法：增删改皆可。splice(1,2)从索引1删2个；splice(1,0,"x")在索引1插入</w:t>
      </w:r>
    </w:p>
    <w:p>
      <w:pPr>
        <w:spacing w:after="40"/>
      </w:pPr>
      <w:r>
        <w:rPr>
          <w:b/>
          <w:sz w:val="22"/>
        </w:rPr>
        <w:t>slice(开始, 结束)：</w:t>
      </w:r>
      <w:r>
        <w:rPr>
          <w:sz w:val="22"/>
        </w:rPr>
        <w:t>截取数组片段[开始,结束)，不改变原数组，返回新数组</w:t>
      </w:r>
    </w:p>
    <w:p>
      <w:pPr>
        <w:spacing w:after="40"/>
      </w:pPr>
      <w:r>
        <w:rPr>
          <w:b/>
          <w:sz w:val="22"/>
        </w:rPr>
        <w:t>concat()：</w:t>
      </w:r>
      <w:r>
        <w:rPr>
          <w:sz w:val="22"/>
        </w:rPr>
        <w:t>合并多个数组，返回新数组，不改变原数组</w:t>
      </w:r>
    </w:p>
    <w:p>
      <w:pPr>
        <w:spacing w:after="40"/>
      </w:pPr>
      <w:r>
        <w:rPr>
          <w:b/>
          <w:sz w:val="22"/>
        </w:rPr>
        <w:t>join(分隔符)：</w:t>
      </w:r>
      <w:r>
        <w:rPr>
          <w:sz w:val="22"/>
        </w:rPr>
        <w:t>将数组元素用分隔符连成字符串</w:t>
      </w:r>
    </w:p>
    <w:p>
      <w:pPr>
        <w:spacing w:after="40"/>
      </w:pPr>
      <w:r>
        <w:rPr>
          <w:b/>
          <w:sz w:val="22"/>
        </w:rPr>
        <w:t>indexOf() / includes()：</w:t>
      </w:r>
      <w:r>
        <w:rPr>
          <w:sz w:val="22"/>
        </w:rPr>
        <w:t>查找元素索引（找不到返回-1）/ 是否包含某元素（返回布尔值）</w:t>
      </w:r>
    </w:p>
    <w:p>
      <w:pPr>
        <w:spacing w:after="40"/>
      </w:pPr>
      <w:r>
        <w:rPr>
          <w:b/>
          <w:sz w:val="22"/>
        </w:rPr>
        <w:t>map(函数)：</w:t>
      </w:r>
      <w:r>
        <w:rPr>
          <w:sz w:val="22"/>
        </w:rPr>
        <w:t>遍历每个元素，执行函数后返回新数组（一一映射）</w:t>
      </w:r>
    </w:p>
    <w:p>
      <w:pPr>
        <w:spacing w:after="40"/>
      </w:pPr>
      <w:r>
        <w:rPr>
          <w:b/>
          <w:sz w:val="22"/>
        </w:rPr>
        <w:t>filter(函数)：</w:t>
      </w:r>
      <w:r>
        <w:rPr>
          <w:sz w:val="22"/>
        </w:rPr>
        <w:t>过滤元素，返回所有符合条件的元素组成新数组</w:t>
      </w:r>
    </w:p>
    <w:p>
      <w:pPr>
        <w:spacing w:after="40"/>
      </w:pPr>
      <w:r>
        <w:rPr>
          <w:b/>
          <w:sz w:val="22"/>
        </w:rPr>
        <w:t>reduce(函数, 初始值)：</w:t>
      </w:r>
      <w:r>
        <w:rPr>
          <w:sz w:val="22"/>
        </w:rPr>
        <w:t>累计计算，从左到右，最终返回一个值。常用于求和</w:t>
      </w:r>
    </w:p>
    <w:p>
      <w:pPr>
        <w:spacing w:after="40"/>
      </w:pPr>
      <w:r>
        <w:rPr>
          <w:b/>
          <w:sz w:val="22"/>
        </w:rPr>
        <w:t>forEach(函数)：</w:t>
      </w:r>
      <w:r>
        <w:rPr>
          <w:sz w:val="22"/>
        </w:rPr>
        <w:t>遍历每个元素执行函数，无返回值（注意不能break）</w:t>
      </w:r>
    </w:p>
    <w:p>
      <w:pPr>
        <w:spacing w:after="40"/>
      </w:pPr>
      <w:r>
        <w:rPr>
          <w:b/>
          <w:sz w:val="22"/>
        </w:rPr>
        <w:t>二维数组：</w:t>
      </w:r>
      <w:r>
        <w:rPr>
          <w:sz w:val="22"/>
        </w:rPr>
        <w:t>数组的元素也是数组就是二维数组。如[[1,2],[3,4]]</w:t>
      </w:r>
    </w:p>
    <w:p>
      <w:r>
        <w:rPr>
          <w:b/>
          <w:color w:val="CC0000"/>
          <w:sz w:val="22"/>
        </w:rPr>
        <w:t>map返回新数组(长度不变)，filter返回符合条件的(长度可能变)，forEach无返回值。push/pop在末尾，shift/unshift在开头。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默认情况下，join()方法连接数组元素使用的连接符为( )</w:t>
      </w:r>
    </w:p>
    <w:p>
      <w:pPr>
        <w:ind w:left="283"/>
      </w:pPr>
      <w:r>
        <w:rPr>
          <w:color w:val="555555"/>
          <w:sz w:val="20"/>
        </w:rPr>
        <w:t>A. 逗号   B. 中横线   C. 空格   D. 分号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解析：join()方法用于将数组的所有元素连接成一个字符串，默认使用逗号分隔数组中的每个元素。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数组的join()方法默认使用什么分隔符连接元素？</w:t>
      </w:r>
    </w:p>
    <w:p>
      <w:pPr>
        <w:ind w:left="283"/>
      </w:pPr>
      <w:r>
        <w:rPr>
          <w:color w:val="555555"/>
          <w:sz w:val="20"/>
        </w:rPr>
        <w:t>A. 空格   B. 逗号   C. 无分隔符   D. 分号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解析：join()方法若不传入参数，默认使用逗号作为分隔符连接数组元素。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若有arr = ['Mon', 'Tues', 'Wed', 'Thurs']，则arr.pop()的返回值是( )</w:t>
      </w:r>
    </w:p>
    <w:p>
      <w:pPr>
        <w:ind w:left="283"/>
      </w:pPr>
      <w:r>
        <w:rPr>
          <w:color w:val="555555"/>
          <w:sz w:val="20"/>
        </w:rPr>
        <w:t>A. Mon   B. Tues   C. Wed   D. Thurs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解析：pop()方法用于删除数组的最后一个元素，会修改原数组，返回值为删除的元素。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以下哪个方法会改变原数组？</w:t>
      </w:r>
    </w:p>
    <w:p>
      <w:pPr>
        <w:ind w:left="283"/>
      </w:pPr>
      <w:r>
        <w:rPr>
          <w:color w:val="555555"/>
          <w:sz w:val="20"/>
        </w:rPr>
        <w:t>A. slice()   B. concat()   C. splice()   D. filter()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解析：splice()方法会直接修改原数组，而slice()、concat()、filter()方法都是返回新数组，不改变原数组。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执行代码“var arr = []; arr.length = 3;”后，arr数组的长度是( )</w:t>
      </w:r>
    </w:p>
    <w:p>
      <w:pPr>
        <w:ind w:left="283"/>
      </w:pPr>
      <w:r>
        <w:rPr>
          <w:color w:val="555555"/>
          <w:sz w:val="20"/>
        </w:rPr>
        <w:t>A. 0   B. 1   C. 3   D. 4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执行以下代码后，数组arr的结果是？&lt;br&gt;const arr = [1,2,3];&lt;br&gt;arr.push(4);&lt;br&gt;arr.pop();&lt;br&gt;arr.unshift(0);&lt;br&gt;arr.shift();</w:t>
      </w:r>
    </w:p>
    <w:p>
      <w:pPr>
        <w:ind w:left="283"/>
      </w:pPr>
      <w:r>
        <w:rPr>
          <w:color w:val="555555"/>
          <w:sz w:val="20"/>
        </w:rPr>
        <w:t>A. [1,2,3]   B. [0,1,2,3]   C. [1,2,3,4]   D. [0,1,2,3,4]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解析：push(4)后arr为[1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下列选项中，用于在数组末尾添加一个或多个元素的方法是( )</w:t>
      </w:r>
    </w:p>
    <w:p>
      <w:pPr>
        <w:ind w:left="283"/>
      </w:pPr>
      <w:r>
        <w:rPr>
          <w:color w:val="555555"/>
          <w:sz w:val="20"/>
        </w:rPr>
        <w:t>A. push()   B. pop()   C. unshift()   D. shift()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以下代码执行后，数组arr的长度是多少？ var arr = new Array(3);</w:t>
      </w:r>
    </w:p>
    <w:p>
      <w:pPr>
        <w:ind w:left="283"/>
      </w:pPr>
      <w:r>
        <w:rPr>
          <w:color w:val="555555"/>
          <w:sz w:val="20"/>
        </w:rPr>
        <w:t>A. 0   B. 1   C. 3   D. 报错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解析：当Array构造函数只传入一个数字参数时，创建的是指定长度的空数组，此处参数为3，故数组长度为3。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下列方法执行后，不会对原数组产生影响的是( )</w:t>
      </w:r>
    </w:p>
    <w:p>
      <w:pPr>
        <w:ind w:left="283"/>
      </w:pPr>
      <w:r>
        <w:rPr>
          <w:color w:val="555555"/>
          <w:sz w:val="20"/>
        </w:rPr>
        <w:t>A. sort()   B. slice()   C. push()   D. unshift()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解析：slice()方法用于数组截取，返回被截取元素的新数组，不会影响原数组。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执行代码“var num = [1, 2, 3, 4];num.length = 2;"后，输出num数组的结果是( )</w:t>
      </w:r>
    </w:p>
    <w:p>
      <w:pPr>
        <w:ind w:left="283"/>
      </w:pPr>
      <w:r>
        <w:rPr>
          <w:color w:val="555555"/>
          <w:sz w:val="20"/>
        </w:rPr>
        <w:t>A. (2) [1, 2]   B. (4) [1, 2, 3, 4]   C. (2) [3, 4]   D. []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解析：修改length的值为2，小于数组原长度，因此多余的元素被舍弃。 多选题(共3道题)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下列选项中，关于数组的说法错误的是( )</w:t>
      </w:r>
    </w:p>
    <w:p>
      <w:pPr>
        <w:ind w:left="283"/>
      </w:pPr>
      <w:r>
        <w:rPr>
          <w:color w:val="555555"/>
          <w:sz w:val="20"/>
        </w:rPr>
        <w:t>A. 使用new Array()方式可以创建包含空存储位置的数组   B. 使用数组字面量[]方式可以创建包含空存储位置的数组   C. 使用new Array()方式可以创建空数组   D. 使用数组字面量方式可以创建空数组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解析：使用“[]”创建数组与使用new Array()方式创建数组有一定的区别，前者可以创建含有空存储位置的数组，即在数组中使用逗号，而后者则不可以。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下列选项中，用于返回指定元素在数组中第一次出现的索引的方法是( )</w:t>
      </w:r>
    </w:p>
    <w:p>
      <w:pPr>
        <w:ind w:left="283"/>
      </w:pPr>
      <w:r>
        <w:rPr>
          <w:color w:val="555555"/>
          <w:sz w:val="20"/>
        </w:rPr>
        <w:t>A. lastIndexOf()   B. shift()   C. indexOf()   D. unshift()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解析：lastIndexOf()方法用于返回指定元素在数组中的最后一次出现的索引; shift()方法用于删除数组中第1个元素; unshift()方法用于在数组开头添加一个或多个元素。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以下数组方法中，会改变原数组的是（）</w:t>
      </w:r>
    </w:p>
    <w:p>
      <w:pPr>
        <w:ind w:left="283"/>
      </w:pPr>
      <w:r>
        <w:rPr>
          <w:color w:val="555555"/>
          <w:sz w:val="20"/>
        </w:rPr>
        <w:t>A. map()   B. filter()   C. push()   D. slice()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解析：map、filter、slice均返回新数组，不改变原数组；push向数组末尾添加元素，改变原数组。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下列关于数组的说法错误的是( )</w:t>
      </w:r>
    </w:p>
    <w:p>
      <w:pPr>
        <w:ind w:left="283"/>
      </w:pPr>
      <w:r>
        <w:rPr>
          <w:color w:val="555555"/>
          <w:sz w:val="20"/>
        </w:rPr>
        <w:t>A. 数组是存储一系列值的变量集合   B. 数组元素之间使用逗号(,)分隔   C. 索引可以是整型、字符串型和浮点型   D. 索引默认从0依次递增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解析：JavaScript中数组索引以数字表示。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下列创建数组的方式错误的是( )</w:t>
      </w:r>
    </w:p>
    <w:p>
      <w:pPr>
        <w:ind w:left="283"/>
      </w:pPr>
      <w:r>
        <w:rPr>
          <w:color w:val="555555"/>
          <w:sz w:val="20"/>
        </w:rPr>
        <w:t>A. new Array()   B. new Array(,,)   C. []   D. [,,]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解析：直接使用“[]”创建数组与使用new Array()方式创建数组有一定的区别，前者可以创建含有空存储位置的数组，即在数组中使用逗号，而后者则不可以。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冒泡排序比较的轮数等于( )</w:t>
      </w:r>
    </w:p>
    <w:p>
      <w:pPr>
        <w:ind w:left="283"/>
      </w:pPr>
      <w:r>
        <w:rPr>
          <w:color w:val="555555"/>
          <w:sz w:val="20"/>
        </w:rPr>
        <w:t>A. 数组的长度   B. 数组的长度减1   C. 数组的长度减去当前的轮数   D. 数组的长度减2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若字符串的indexOf()方法查找失败，则返回( )</w:t>
      </w:r>
    </w:p>
    <w:p>
      <w:pPr>
        <w:ind w:left="283"/>
      </w:pPr>
      <w:r>
        <w:rPr>
          <w:color w:val="555555"/>
          <w:sz w:val="20"/>
        </w:rPr>
        <w:t>A. 0   B. -1   C. false   D. null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解析：indexOf()方法用于获取指定字符串在目标字符串中首次出现的索引，如果找不到则返回-1。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执行代码“var arr = [1, 2, 3, 4]; delete arr[1];”后，arr数组的长度是( )</w:t>
      </w:r>
    </w:p>
    <w:p>
      <w:pPr>
        <w:ind w:left="283"/>
      </w:pPr>
      <w:r>
        <w:rPr>
          <w:color w:val="555555"/>
          <w:sz w:val="20"/>
        </w:rPr>
        <w:t>A. 0   B. 2   C. 3   D. 4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解析：delete关键字只能删除数组中指定索引的元素值，删除后该元素依然会占用一个空存储位置。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以下字符串方法中，返回匹配结果数组的是？</w:t>
      </w:r>
    </w:p>
    <w:p>
      <w:pPr>
        <w:ind w:left="283"/>
      </w:pPr>
      <w:r>
        <w:rPr>
          <w:color w:val="555555"/>
          <w:sz w:val="20"/>
        </w:rPr>
        <w:t>A. match()   B. search()   C. split()   D. replace()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解析：`match()`方法用于在字符串中查找匹配的子串，返回包含匹配结果的数组（全局匹配时返回所有结果）；`search()`返回匹配的起始索引；`split()`用于分割字符串；`replace()`返回替换后的新字符串。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以下数组方法中，会改变原数组的是（ ）</w:t>
      </w:r>
    </w:p>
    <w:p>
      <w:pPr>
        <w:ind w:left="283"/>
      </w:pPr>
      <w:r>
        <w:rPr>
          <w:color w:val="555555"/>
          <w:sz w:val="20"/>
        </w:rPr>
        <w:t>A. slice()   B. concat()   C. push()   D. map()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解析：`push()` 方法用于向数组末尾添加一个或多个元素，并返回新的长度，会改变原数组。`slice()`、`concat()`、`map()` 方法都不会改变原数组，而是返回新数组。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以下代码执行后，数组arr的元素是？ var arr = [1, 2, 3]; arr[1] = 4;</w:t>
      </w:r>
    </w:p>
    <w:p>
      <w:pPr>
        <w:ind w:left="283"/>
      </w:pPr>
      <w:r>
        <w:rPr>
          <w:color w:val="555555"/>
          <w:sz w:val="20"/>
        </w:rPr>
        <w:t>A. [1, 4, 3]   B. [1, 2, 4]   C. [4, 2, 3]   D. [1, 2, 3, 4]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解析：数组的索引从0开始，arr[1]表示修改索引为1的元素，即第二个元素，将2改为4，结果正确。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关于数组的forEach()方法，以下说法错误的是？</w:t>
      </w:r>
    </w:p>
    <w:p>
      <w:pPr>
        <w:ind w:left="283"/>
      </w:pPr>
      <w:r>
        <w:rPr>
          <w:color w:val="555555"/>
          <w:sz w:val="20"/>
        </w:rPr>
        <w:t>A. 遍历数组每个元素   B. 可以使用break中断遍历   C. 不返回新数组   D. 回调函数接收三个参数：元素值、索引、原数组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解析：forEach()方法无法通过break中断遍历，若需中断可使用for循环或some()等方法。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要在数组arr的开头添加元素5，以下哪种方法正确？</w:t>
      </w:r>
    </w:p>
    <w:p>
      <w:pPr>
        <w:ind w:left="283"/>
      </w:pPr>
      <w:r>
        <w:rPr>
          <w:color w:val="555555"/>
          <w:sz w:val="20"/>
        </w:rPr>
        <w:t>A. arr.push(5)   B. arr.unshift(5)   C. arr.pop(5)   D. arr.shift(5)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解析：unshift()方法用于在数组开头添加元素，push()在末尾添加，pop()删除末尾元素，shift()删除开头元素，故B正确。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下列选项中，可以作为数组元素的有( )</w:t>
      </w:r>
    </w:p>
    <w:p>
      <w:pPr>
        <w:ind w:left="283"/>
      </w:pPr>
      <w:r>
        <w:rPr>
          <w:color w:val="555555"/>
          <w:sz w:val="20"/>
        </w:rPr>
        <w:t>A. undefined   B. null   C. 0   D. true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解析：在数组中可以存放任意类型的元素。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以下哪些数组方法会返回新数组，而不改变原数组？</w:t>
      </w:r>
    </w:p>
    <w:p>
      <w:pPr>
        <w:ind w:left="283"/>
      </w:pPr>
      <w:r>
        <w:rPr>
          <w:color w:val="555555"/>
          <w:sz w:val="20"/>
        </w:rPr>
        <w:t>A. map()   B. filter()   C. splice()   D. slice()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解析：map()、filter()、slice()方法均返回新数组，不修改原数组；splice()方法直接修改原数组。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下列选项中，可以作为数组元素数据类型的有( )</w:t>
      </w:r>
    </w:p>
    <w:p>
      <w:pPr>
        <w:ind w:left="283"/>
      </w:pPr>
      <w:r>
        <w:rPr>
          <w:color w:val="555555"/>
          <w:sz w:val="20"/>
        </w:rPr>
        <w:t>A. 数字   B. 对象   C. 数组   D. null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解析：数组元素可以是任意类型的数据，例如数字、字符串、数组、对象等。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将数组转为字符串时，会被转为空字符串的数组元素有( )</w:t>
      </w:r>
    </w:p>
    <w:p>
      <w:pPr>
        <w:ind w:left="283"/>
      </w:pPr>
      <w:r>
        <w:rPr>
          <w:color w:val="555555"/>
          <w:sz w:val="20"/>
        </w:rPr>
        <w:t>A. undefined   B. 0   C. null   D. 空数组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解析：当数组元素为undefined、null或空数组时，对应的元素会被转换为空字符串。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下列选项中，关于添加或删除数组元素的方法描述正确的有( )</w:t>
      </w:r>
    </w:p>
    <w:p>
      <w:pPr>
        <w:ind w:left="283"/>
      </w:pPr>
      <w:r>
        <w:rPr>
          <w:color w:val="555555"/>
          <w:sz w:val="20"/>
        </w:rPr>
        <w:t>A. push()方法不会修改原数组   B. unshift()方法会修改原数组   C. pop()方法会修改原数组   D. shift()方法会修改原数组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解析：push()方法会修改原数组。 判断题(共18道题)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以下方法中，可以向数组添加元素的是？</w:t>
      </w:r>
    </w:p>
    <w:p>
      <w:pPr>
        <w:ind w:left="283"/>
      </w:pPr>
      <w:r>
        <w:rPr>
          <w:color w:val="555555"/>
          <w:sz w:val="20"/>
        </w:rPr>
        <w:t>A. push()   B. unshift()   C. splice()   D. pop()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解析：push()在末尾添加，unshift()在开头添加，splice()可通过参数实现添加；pop()是删除末尾元素，不符合。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以下哪些方式可以创建数组？</w:t>
      </w:r>
    </w:p>
    <w:p>
      <w:pPr>
        <w:ind w:left="283"/>
      </w:pPr>
      <w:r>
        <w:rPr>
          <w:color w:val="555555"/>
          <w:sz w:val="20"/>
        </w:rPr>
        <w:t>A. 字面量方式：[1, 2, 3]   B. Array构造函数：new Array()   C. Array.of()方法：Array.of(1, 2, 3)   D. Object.create()方法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解析：A、B、C均为JavaScript中创建数组的有效方式；Object.create()用于创建对象，不是数组。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下列关于数组的length属性的说法中，正确的有( )</w:t>
      </w:r>
    </w:p>
    <w:p>
      <w:pPr>
        <w:ind w:left="283"/>
      </w:pPr>
      <w:r>
        <w:rPr>
          <w:color w:val="555555"/>
          <w:sz w:val="20"/>
        </w:rPr>
        <w:t>A. 使用“数组名.length = 数字”的方法可以修改数组的长度   B. 修改数组长度时，若length的值大于数组中原来的元素个数，则没有值的数组元素会占用空存储位置   C. 修改数组长度时，若length的值等于数组中原来的元素个数，数组长度不变   D. 修改数组长度时，若length的值小于数组中原来的元素个数，多余的数组元素将会被舍弃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解析：无 判断题(共12道题)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以下代码中，能够正确遍历数组arr所有元素的有？ ```javascript let arr = [10, 20, 30]; ```</w:t>
      </w:r>
    </w:p>
    <w:p>
      <w:pPr>
        <w:ind w:left="283"/>
      </w:pPr>
      <w:r>
        <w:rPr>
          <w:color w:val="555555"/>
          <w:sz w:val="20"/>
        </w:rPr>
        <w:t>A. for (let i = 0; i &lt; arr.length; i++) { console.log(arr[i]); }   B. for (let i in arr) { console.log(arr[i]); }   C. for (let i of arr) { console.log(i); }   D. for (let i = arr.length; i &gt; 0; i--) { console.log(arr[i]); }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选项A是传统for循环，通过索引遍历元素；选项B是for...in循环，遍历数组的索引（i为字符串类型，但arr[i]可正确获取元素）；选项C是for...of循环，直接遍历元素值；选项D中i初始为arr.length（3），arr[3]为undefined，且i递减到1，会输出arr[3]、arr[2]、arr[1]，不符合要求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以下关于数组方法的描述，正确的有哪些？</w:t>
      </w:r>
    </w:p>
    <w:p>
      <w:pPr>
        <w:ind w:left="283"/>
      </w:pPr>
      <w:r>
        <w:rPr>
          <w:color w:val="555555"/>
          <w:sz w:val="20"/>
        </w:rPr>
        <w:t>A. push方法会修改原数组，返回新数组的长度   B. pop方法删除数组最后一个元素，返回被删除的元素   C. shift方法删除数组第一个元素，返回新数组的长度   D. splice方法可以实现数组的添加、删除和替换操作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A选项：push方法修改原数组，返回新长度，正确；B选项：pop删除最后一个元素并返回该元素，正确；C选项：shift删除第一个元素并返回该元素，不是新长度，错误；D选项：splice可实现添加、删除、替换，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以下关于数组迭代方法的描述，正确的有哪些？</w:t>
      </w:r>
    </w:p>
    <w:p>
      <w:pPr>
        <w:ind w:left="283"/>
      </w:pPr>
      <w:r>
        <w:rPr>
          <w:color w:val="555555"/>
          <w:sz w:val="20"/>
        </w:rPr>
        <w:t>A. forEach方法会返回一个新数组   B. map方法会根据回调函数返回值生成新数组   C. filter方法会筛选出满足条件的元素组成新数组   D. reduce方法可用于累加计算，返回累加结果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解析：A选项：forEach无返回值（返回undefined），错误；B选项：map生成新数组，正确；C选项：filter筛选元素生成新数组，正确；D选项：reduce用于累加等操作，返回结果，正确。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以下关于数组排序和数学方法的描述，正确的有哪些？</w:t>
      </w:r>
    </w:p>
    <w:p>
      <w:pPr>
        <w:ind w:left="283"/>
      </w:pPr>
      <w:r>
        <w:rPr>
          <w:color w:val="555555"/>
          <w:sz w:val="20"/>
        </w:rPr>
        <w:t>A. sort方法默认按字符串Unicode码排序   B. reverse方法会修改原数组   C. Math.floor(3.9)的结果是3   D. Math.ceil(3.1)的结果是4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解析：A选项：sort默认按字符串排序，正确；B选项：reverse修改原数组，正确；C选项：Math.floor向下取整，3.9→3，正确；D选项：Math.ceil向上取整，3.1→3，错误。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以下关于数组reduce()方法的说法正确的是？</w:t>
      </w:r>
    </w:p>
    <w:p>
      <w:pPr>
        <w:ind w:left="283"/>
      </w:pPr>
      <w:r>
        <w:rPr>
          <w:color w:val="555555"/>
          <w:sz w:val="20"/>
        </w:rPr>
        <w:t>A. reduce()方法对数组中的每个元素执行回调函数，将其结果汇总为单个返回值   B. 回调函数接收四个参数：累计器、当前值、当前索引、原数组   C. 可以指定初始值作为reduce()的第二个参数   D. reduce()方法会改变原数组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解析：reduce()方法的作用是将数组元素汇总为单个值，参数正确，且不改变原数组，D错误。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以下数组方法中，返回新数组的有（ ）</w:t>
      </w:r>
    </w:p>
    <w:p>
      <w:pPr>
        <w:ind w:left="283"/>
      </w:pPr>
      <w:r>
        <w:rPr>
          <w:color w:val="555555"/>
          <w:sz w:val="20"/>
        </w:rPr>
        <w:t>A. filter()   B. reduce()   C. map()   D. sort()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解析：`filter()` 和 `map()` 方法都会返回新数组；`reduce()` 方法返回累加结果，不是数组；`sort()` 方法会改变原数组并返回原数组。因此正确选项为 AC。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以下方法中，会改变原数组的是？</w:t>
      </w:r>
    </w:p>
    <w:p>
      <w:pPr>
        <w:ind w:left="283"/>
      </w:pPr>
      <w:r>
        <w:rPr>
          <w:color w:val="555555"/>
          <w:sz w:val="20"/>
        </w:rPr>
        <w:t>A. shift()   B. sort()   C. reverse()   D. concat()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解析：shift()删除开头元素，sort()排序，reverse()反转数组，均修改原数组；concat()返回新数组，不修改原数组。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若数组中的元素都是一维数组，则该数组为____。</w:t>
      </w:r>
    </w:p>
    <w:p>
      <w:pPr>
        <w:spacing w:after="40"/>
        <w:ind w:left="283"/>
      </w:pPr>
      <w:r>
        <w:t>答案：二维数组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数组的push()方法用于向数组______添加一个或多个元素，并返回新的数组长度；而pop()方法用于删除数组的最后一个元素，并返回被删除的元素。</w:t>
      </w:r>
    </w:p>
    <w:p>
      <w:pPr>
        <w:spacing w:after="40"/>
        <w:ind w:left="283"/>
      </w:pPr>
      <w:r>
        <w:t>答案：末尾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____方法用于从指定索引删除或添加数组元素。</w:t>
      </w:r>
    </w:p>
    <w:p>
      <w:pPr>
        <w:spacing w:after="40"/>
        <w:ind w:left="283"/>
      </w:pPr>
      <w:r>
        <w:t>答案：splice()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表达式[1,2,'1','2'].lastIndexOf('1')的返回值是____。</w:t>
      </w:r>
    </w:p>
    <w:p>
      <w:pPr>
        <w:spacing w:after="40"/>
        <w:ind w:left="283"/>
      </w:pPr>
      <w:r>
        <w:t>答案：2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for...of循环可直接遍历数组、字符串等______对象的值，而无需通过索引访问。</w:t>
      </w:r>
    </w:p>
    <w:p>
      <w:pPr>
        <w:spacing w:after="40"/>
        <w:ind w:left="283"/>
      </w:pPr>
      <w:r>
        <w:t>答案：可迭代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____方法用于删除数组的最后一个元素。</w:t>
      </w:r>
    </w:p>
    <w:p>
      <w:pPr>
        <w:spacing w:after="40"/>
        <w:ind w:left="283"/>
      </w:pPr>
      <w:r>
        <w:t>答案：pop()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match____方法用于在目标字符串中搜索匹配，匹配成功时，该方法的返回值是一个数组，否则返回____。</w:t>
      </w:r>
    </w:p>
    <w:p>
      <w:pPr>
        <w:spacing w:after="40"/>
        <w:ind w:left="283"/>
      </w:pPr>
      <w:r>
        <w:t>答案：null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字符串对象的____方法用于将字符串分割成数组。</w:t>
      </w:r>
    </w:p>
    <w:p>
      <w:pPr>
        <w:spacing w:after="40"/>
        <w:ind w:left="283"/>
      </w:pPr>
      <w:r>
        <w:t>答案：split()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数组的长度是指数组中____的个数。</w:t>
      </w:r>
    </w:p>
    <w:p>
      <w:pPr>
        <w:spacing w:after="40"/>
        <w:ind w:left="283"/>
      </w:pPr>
      <w:r>
        <w:t>答案：元素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数组类型检测有两种常用的方式，分别是使用____运算符和使用Array.isArray()方法。</w:t>
      </w:r>
    </w:p>
    <w:p>
      <w:pPr>
        <w:spacing w:after="40"/>
        <w:ind w:left="283"/>
      </w:pPr>
      <w:r>
        <w:t>答案：instanceof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数组的map()方法会创建一个新数组，其结果是该数组中的每个元素调用一次提供的函数后的返回值。例如，对数组[1, 2, 3]使用map方法，每个元素乘以2，表达式为arr.map(item =&gt; item * 2)，结果为______。</w:t>
      </w:r>
    </w:p>
    <w:p>
      <w:pPr>
        <w:spacing w:after="40"/>
        <w:ind w:left="283"/>
      </w:pPr>
      <w:r>
        <w:t>答案：[2, 4, 6]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数组[1, 2, 3, 4]中索引为1的元素是____。</w:t>
      </w:r>
    </w:p>
    <w:p>
      <w:pPr>
        <w:spacing w:after="40"/>
        <w:ind w:left="283"/>
      </w:pPr>
      <w:r>
        <w:t>答案：2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for...of循环可以遍历的可迭代对象包括数组、字符串、______等。</w:t>
      </w:r>
    </w:p>
    <w:p>
      <w:pPr>
        <w:spacing w:after="40"/>
        <w:ind w:left="283"/>
      </w:pPr>
      <w:r>
        <w:t>答案：Map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通过不断比较数组中相邻两个元素的值，将较小或较大的元素前移的数组排序方式为____。</w:t>
      </w:r>
    </w:p>
    <w:p>
      <w:pPr>
        <w:spacing w:after="40"/>
        <w:ind w:left="283"/>
      </w:pPr>
      <w:r>
        <w:t>答案：冒泡排序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JavaScript中的数组元素是由____和值组成的。</w:t>
      </w:r>
    </w:p>
    <w:p>
      <w:pPr>
        <w:spacing w:after="40"/>
        <w:ind w:left="283"/>
      </w:pPr>
      <w:r>
        <w:t>答案：索引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 `map` 方法会创建一个新数组，其结果是该数组中的每个元素调用一次提供的函数后的返回值；而 `filter` 方法会创建一个新数组，包含通过所提供函数实现的______的所有元素。</w:t>
      </w:r>
    </w:p>
    <w:p>
      <w:pPr>
        <w:spacing w:after="40"/>
        <w:ind w:left="283"/>
      </w:pPr>
      <w:r>
        <w:t>答案：测试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____方法会颠倒数组中元素的位置。</w:t>
      </w:r>
    </w:p>
    <w:p>
      <w:pPr>
        <w:spacing w:after="40"/>
        <w:ind w:left="283"/>
      </w:pPr>
      <w:r>
        <w:t>答案：reverse()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数组的slice()方法可以从已有的数组中返回选定的元素，它的参数包括起始索引（包含）和结束索引（不包含）。例如，数组[1,2,3,4,5].slice(1,3)的结果是______。</w:t>
      </w:r>
    </w:p>
    <w:p>
      <w:pPr>
        <w:spacing w:after="40"/>
        <w:ind w:left="283"/>
      </w:pPr>
      <w:r>
        <w:t>答案：[2, 3]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____方法用于连接两个或多个数组。</w:t>
      </w:r>
    </w:p>
    <w:p>
      <w:pPr>
        <w:spacing w:after="40"/>
        <w:ind w:left="283"/>
      </w:pPr>
      <w:r>
        <w:t>答案：concat()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JavaScript中使用____关键字可以删除指定数组元素的值。</w:t>
      </w:r>
    </w:p>
    <w:p>
      <w:pPr>
        <w:spacing w:after="40"/>
        <w:ind w:left="283"/>
      </w:pPr>
      <w:r>
        <w:t>答案：delete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JavaScript中，形态像数组但不是数组的数据称为____。</w:t>
      </w:r>
    </w:p>
    <w:p>
      <w:pPr>
        <w:spacing w:after="40"/>
        <w:ind w:left="283"/>
      </w:pPr>
      <w:r>
        <w:t>答案：伪数组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一维数组中的数组元素不包含____类型的数据。</w:t>
      </w:r>
    </w:p>
    <w:p>
      <w:pPr>
        <w:spacing w:after="40"/>
        <w:ind w:left="283"/>
      </w:pPr>
      <w:r>
        <w:t>答案：数组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将数据插入到一个有序的数列中的合适位置上，从而实现数组排序的方式为____。</w:t>
      </w:r>
    </w:p>
    <w:p>
      <w:pPr>
        <w:spacing w:after="40"/>
        <w:ind w:left="283"/>
      </w:pPr>
      <w:r>
        <w:t>答案：插入排序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数组的splice()方法可以实现数组元素的添加、删除和替换。若要删除数组arr的第2个元素（索引为1），可以使用______。</w:t>
      </w:r>
    </w:p>
    <w:p>
      <w:pPr>
        <w:spacing w:after="40"/>
        <w:ind w:left="283"/>
      </w:pPr>
      <w:r>
        <w:t>答案：arr.splice(1, 1)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在JavaScript中可以通过____和数组字面量[]两种方式创建数组。</w:t>
      </w:r>
    </w:p>
    <w:p>
      <w:pPr>
        <w:spacing w:after="40"/>
        <w:ind w:left="283"/>
      </w:pPr>
      <w:r>
        <w:t>答案：new Array()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fill()方法在执行后会返回新的数组。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解析：fill()方法用一个固定值填充数组中从起始索引到终止索引内的全部元素，不包括终止索引。返回填充后的数组。 填空题(共23道题)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sort()方法不传入参数时表示按照元素值从小到大对数组进行排序。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解析：sort()方法没有传参数时是将元素转换为字符串，然后根据各个字符的Unicode代码点进行排序。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数组根据维数可以划分为一维数组、二维数组、三维数组。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forEach()方法可以遍历数组的所有元素，包括未赋值的元素（稀疏数组）。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解析：forEach()方法会跳过稀疏数组中的空元素（未赋值的位置），不会遍历这些元素。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在数组中，索引是数组元素的标识。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解析：数值中的每个元素由“索引”和“值”构成，“索引”用于识别元素。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数组[a, b, c]中元素a的索引为1。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解析：数组索引默认从0开始一次递增，因此元素a的索引为0，元素b的索引为1，元素c的索引为2。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JavaScript中只有[]可以创建空数组。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解析：使用new Array()也可以创建空数组。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JavaScript中添加数组元素时，索引必须按照数字顺序连续添加。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解析：添加数组元素时允许索引不按照数字顺序连续添加。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使用字面量方式创建数组时，方括号内可以为空，例如[]表示空数组。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解析：空方括号[]是创建空数组的正确字面量方式，说法正确。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数组的length属性是只读的，无法修改。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解析：数组的length属性可以修改，例如arr.length = 0可以清空数组，因此该说法错误。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数组的indexOf()方法返回指定元素在数组中首次出现的索引，若不存在则返回-1。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解析：indexOf()方法的功能描述正确，是查找元素索引的常用方法。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数组长度为数组元素最大索引加1。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解析：数组长度的计算方式为数组元素的最大索引加1。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JavaScript中利用for循环可以实现数组的遍历。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解析：无 填空题(共10道题)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JavaScript中通过“数组名[索引]”的方式可以获取指定索引的值。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Array.of(5)和new Array(5)创建的数组是相同的。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解析：Array.of(5)创建的是包含元素5的数组，长度为1；new Array(5)创建的是长度为5的空数组，两者不同。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toString()方法在将数组转为字符串时可以指定数组元素间的分隔符。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解析：toString()方法用于将数组转换为字符串，逗号分隔数组中的每个元素。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使用“数组名[索引] = 值”的方式可以为数组添加数组元素。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使用for...in遍历数组时，会遍历到数组的索引值。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解析：for...in遍历数组时，循环变量表示的是数组的索引（字符串类型），而非元素值。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字符串</w:t>
      </w:r>
    </w:p>
    <w:p>
      <w:r>
        <w:rPr>
          <w:color w:val="999999"/>
          <w:sz w:val="20"/>
        </w:rPr>
        <w:t>共 9 题</w:t>
      </w:r>
    </w:p>
    <w:p>
      <w:pPr>
        <w:pStyle w:val="Heading2"/>
      </w:pPr>
      <w:r>
        <w:t>核心要点</w:t>
      </w:r>
    </w:p>
    <w:p>
      <w:r>
        <w:t>字符串是字符序列，JS中字符串不可变（所有方法返回新字符串）。</w:t>
      </w:r>
    </w:p>
    <w:p>
      <w:pPr>
        <w:spacing w:after="40"/>
      </w:pPr>
      <w:r>
        <w:rPr>
          <w:b/>
          <w:sz w:val="22"/>
        </w:rPr>
        <w:t>charAt(index) / charCodeAt(index)：</w:t>
      </w:r>
      <w:r>
        <w:rPr>
          <w:sz w:val="22"/>
        </w:rPr>
        <w:t>获取指定位置的字符 / 获取指定位置字符的Unicode编码</w:t>
      </w:r>
    </w:p>
    <w:p>
      <w:pPr>
        <w:spacing w:after="40"/>
      </w:pPr>
      <w:r>
        <w:rPr>
          <w:b/>
          <w:sz w:val="22"/>
        </w:rPr>
        <w:t>indexOf() / lastIndexOf()：</w:t>
      </w:r>
      <w:r>
        <w:rPr>
          <w:sz w:val="22"/>
        </w:rPr>
        <w:t>查找子串首次出现的位置 / 从后往前查找，找不到都返回-1</w:t>
      </w:r>
    </w:p>
    <w:p>
      <w:pPr>
        <w:spacing w:after="40"/>
      </w:pPr>
      <w:r>
        <w:rPr>
          <w:b/>
          <w:sz w:val="22"/>
        </w:rPr>
        <w:t>slice(开始, 结束) / substring(开始, 结束) / substr(开始, 长度)：</w:t>
      </w:r>
      <w:r>
        <w:rPr>
          <w:sz w:val="22"/>
        </w:rPr>
        <w:t>截取子串。slice支持负数，substring会把负数当0</w:t>
      </w:r>
    </w:p>
    <w:p>
      <w:pPr>
        <w:spacing w:after="40"/>
      </w:pPr>
      <w:r>
        <w:rPr>
          <w:b/>
          <w:sz w:val="22"/>
        </w:rPr>
        <w:t>split(分隔符)：</w:t>
      </w:r>
      <w:r>
        <w:rPr>
          <w:sz w:val="22"/>
        </w:rPr>
        <w:t>按分隔符把字符串拆成数组。如 "a,b,c".split(",") → ["a","b","c"]</w:t>
      </w:r>
    </w:p>
    <w:p>
      <w:pPr>
        <w:spacing w:after="40"/>
      </w:pPr>
      <w:r>
        <w:rPr>
          <w:b/>
          <w:sz w:val="22"/>
        </w:rPr>
        <w:t>replace(旧, 新)：</w:t>
      </w:r>
      <w:r>
        <w:rPr>
          <w:sz w:val="22"/>
        </w:rPr>
        <w:t>替换匹配的内容。支持正则：str.replace(/old/g, "new")</w:t>
      </w:r>
    </w:p>
    <w:p>
      <w:pPr>
        <w:spacing w:after="40"/>
      </w:pPr>
      <w:r>
        <w:rPr>
          <w:b/>
          <w:sz w:val="22"/>
        </w:rPr>
        <w:t>toUpperCase() / toLowerCase()：</w:t>
      </w:r>
      <w:r>
        <w:rPr>
          <w:sz w:val="22"/>
        </w:rPr>
        <w:t>转为大写 / 转为小写</w:t>
      </w:r>
    </w:p>
    <w:p>
      <w:pPr>
        <w:spacing w:after="40"/>
      </w:pPr>
      <w:r>
        <w:rPr>
          <w:b/>
          <w:sz w:val="22"/>
        </w:rPr>
        <w:t>trim()：</w:t>
      </w:r>
      <w:r>
        <w:rPr>
          <w:sz w:val="22"/>
        </w:rPr>
        <w:t>去除字符串首尾空格</w:t>
      </w:r>
    </w:p>
    <w:p>
      <w:pPr>
        <w:spacing w:after="40"/>
      </w:pPr>
      <w:r>
        <w:rPr>
          <w:b/>
          <w:sz w:val="22"/>
        </w:rPr>
        <w:t>模板字符串 `...`：</w:t>
      </w:r>
      <w:r>
        <w:rPr>
          <w:sz w:val="22"/>
        </w:rPr>
        <w:t>用反引号包裹，支持${变量}插值，支持换行</w:t>
      </w:r>
    </w:p>
    <w:p>
      <w:r>
        <w:rPr>
          <w:b/>
          <w:color w:val="CC0000"/>
          <w:sz w:val="22"/>
        </w:rPr>
        <w:t>字符串不可变！所有方法都返回新字符串，原字符串不变。split和join是互逆操作。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下列选项中，属于表达式“'Apple'.charAt(2);”执行结果的是( )</w:t>
      </w:r>
    </w:p>
    <w:p>
      <w:pPr>
        <w:ind w:left="283"/>
      </w:pPr>
      <w:r>
        <w:rPr>
          <w:color w:val="555555"/>
          <w:sz w:val="20"/>
        </w:rPr>
        <w:t>A. p   B. A   C. l   D. 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解析：charAt(index)方法用于获取index索引的字符，字符串第1个字符的索引为0。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下面关于字符串的描述错误的是( )</w:t>
      </w:r>
    </w:p>
    <w:p>
      <w:pPr>
        <w:ind w:left="283"/>
      </w:pPr>
      <w:r>
        <w:rPr>
          <w:color w:val="555555"/>
          <w:sz w:val="20"/>
        </w:rPr>
        <w:t>A. 单引号或双引号包裹的数据称为字符串   B. 单引号中使用单引号不需要转义   C. 双引号内使用换行需要转义   D. 双引号中使用单引号不需要转义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解析：在单引号中使用单引号，或在双引号中使用双引号，则需要使用转义字符“\”对其进行转义。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下列选项中，用于获取字符串的小写形式的方法是( )</w:t>
      </w:r>
    </w:p>
    <w:p>
      <w:pPr>
        <w:ind w:left="283"/>
      </w:pPr>
      <w:r>
        <w:rPr>
          <w:color w:val="555555"/>
          <w:sz w:val="20"/>
        </w:rPr>
        <w:t>A. toUpperCase()   B. replace()   C. toLowerCase()   D. split()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以下关于字符串操作的描述，正确的有哪些？</w:t>
      </w:r>
    </w:p>
    <w:p>
      <w:pPr>
        <w:ind w:left="283"/>
      </w:pPr>
      <w:r>
        <w:rPr>
          <w:color w:val="555555"/>
          <w:sz w:val="20"/>
        </w:rPr>
        <w:t>A. 模板字符串使用单引号包裹，支持多行字符串   B. slice方法可提取字符串的子串，支持负索引   C. split方法可将字符串分割为数组   D. replace方法默认只替换第一个匹配的子串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解析：A选项：模板字符串使用反引号包裹，不是单引号，错误；B选项：slice支持负索引（从末尾开始计数），正确；C选项：split分割字符串为数组，正确；D选项：replace默认只替换第一个匹配项，正确。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 JavaScript 中，`'5' + 3` 的结果是字符串 '53'，而 `'5' - 3` 的结果是数字______。</w:t>
      </w:r>
    </w:p>
    <w:p>
      <w:pPr>
        <w:spacing w:after="40"/>
        <w:ind w:left="283"/>
      </w:pPr>
      <w:r>
        <w:t>答案：2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当使用“+”连接字符串与数字时，会将数字类型的数据转换成字符串类型的数据，这种方式属于____。</w:t>
      </w:r>
    </w:p>
    <w:p>
      <w:pPr>
        <w:spacing w:after="40"/>
        <w:ind w:left="283"/>
      </w:pPr>
      <w:r>
        <w:t>答案：隐式转换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typeof操作符以字符串形式返回变量的数据类型。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通过'EDA56aceKE'.match(())可在字符串“EDA56aceKE”中获取所有e和E。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/e/gi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请简述字符串类型变量和String对象的区别。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字符串类型的变量也可以像String对象一样访问属性和方法，但是字符串类型的变量并不是一个对象，它只是一个字符串类型的数据。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正则表达式</w:t>
      </w:r>
    </w:p>
    <w:p>
      <w:r>
        <w:rPr>
          <w:color w:val="999999"/>
          <w:sz w:val="20"/>
        </w:rPr>
        <w:t>共 72 题</w:t>
      </w:r>
    </w:p>
    <w:p>
      <w:pPr>
        <w:pStyle w:val="Heading2"/>
      </w:pPr>
      <w:r>
        <w:t>核心要点</w:t>
      </w:r>
    </w:p>
    <w:p>
      <w:r>
        <w:t>正则表达式是一种描述字符串模式的工具，用于匹配、查找、替换文本。</w:t>
      </w:r>
    </w:p>
    <w:p>
      <w:pPr>
        <w:spacing w:after="40"/>
      </w:pPr>
      <w:r>
        <w:rPr>
          <w:b/>
          <w:sz w:val="22"/>
        </w:rPr>
        <w:t>元字符：</w:t>
      </w:r>
      <w:r>
        <w:rPr>
          <w:sz w:val="22"/>
        </w:rPr>
        <w:t>具有特殊含义的字符。如\d数字、\w字母数字下划线、\s空白、.任意字符</w:t>
      </w:r>
    </w:p>
    <w:p>
      <w:pPr>
        <w:spacing w:after="40"/>
      </w:pPr>
      <w:r>
        <w:rPr>
          <w:b/>
          <w:sz w:val="22"/>
        </w:rPr>
        <w:t>量词：</w:t>
      </w:r>
      <w:r>
        <w:rPr>
          <w:sz w:val="22"/>
        </w:rPr>
        <w:t>*（0次或多次）、+（1次或多次）、?（0次或1次）、{n}（恰好n次）、{n,}（至少n次）</w:t>
      </w:r>
    </w:p>
    <w:p>
      <w:pPr>
        <w:spacing w:after="40"/>
      </w:pPr>
      <w:r>
        <w:rPr>
          <w:b/>
          <w:sz w:val="22"/>
        </w:rPr>
        <w:t>位置符号：</w:t>
      </w:r>
      <w:r>
        <w:rPr>
          <w:sz w:val="22"/>
        </w:rPr>
        <w:t>^匹配开头、$匹配结尾、\b匹配单词边界</w:t>
      </w:r>
    </w:p>
    <w:p>
      <w:pPr>
        <w:spacing w:after="40"/>
      </w:pPr>
      <w:r>
        <w:rPr>
          <w:b/>
          <w:sz w:val="22"/>
        </w:rPr>
        <w:t>字符集 [abc]：</w:t>
      </w:r>
      <w:r>
        <w:rPr>
          <w:sz w:val="22"/>
        </w:rPr>
        <w:t>匹配方括号中的任意一个字符。[a-z]匹配小写字母</w:t>
      </w:r>
    </w:p>
    <w:p>
      <w:pPr>
        <w:spacing w:after="40"/>
      </w:pPr>
      <w:r>
        <w:rPr>
          <w:b/>
          <w:sz w:val="22"/>
        </w:rPr>
        <w:t>捕获组 (pattern)和反向引用：</w:t>
      </w:r>
      <w:r>
        <w:rPr>
          <w:sz w:val="22"/>
        </w:rPr>
        <w:t>(\d)创建一个捕获组，\1引用第一个捕获组匹配到的内容。如/(\d)\1/匹配两个相同数字：22、33、666的66</w:t>
      </w:r>
    </w:p>
    <w:p>
      <w:pPr>
        <w:spacing w:after="40"/>
      </w:pPr>
      <w:r>
        <w:rPr>
          <w:b/>
          <w:sz w:val="22"/>
        </w:rPr>
        <w:t>修饰符：</w:t>
      </w:r>
      <w:r>
        <w:rPr>
          <w:sz w:val="22"/>
        </w:rPr>
        <w:t>g（全局匹配，找所有匹配）、i（忽略大小写）、m（多行模式）</w:t>
      </w:r>
    </w:p>
    <w:p>
      <w:pPr>
        <w:spacing w:after="40"/>
      </w:pPr>
      <w:r>
        <w:rPr>
          <w:b/>
          <w:sz w:val="22"/>
        </w:rPr>
        <w:t>test() vs exec()：</w:t>
      </w:r>
      <w:r>
        <w:rPr>
          <w:sz w:val="22"/>
        </w:rPr>
        <w:t>RegExp对象的方法：test()检测字符串匹配正则返回true/false；exec()返回匹配结果数组</w:t>
      </w:r>
    </w:p>
    <w:p>
      <w:pPr>
        <w:spacing w:after="40"/>
      </w:pPr>
      <w:r>
        <w:rPr>
          <w:b/>
          <w:sz w:val="22"/>
        </w:rPr>
        <w:t>match()：</w:t>
      </w:r>
      <w:r>
        <w:rPr>
          <w:sz w:val="22"/>
        </w:rPr>
        <w:t>字符串的方法：str.match(/pattern/g)返回所有匹配结果组成的数组</w:t>
      </w:r>
    </w:p>
    <w:p>
      <w:r>
        <w:rPr>
          <w:b/>
          <w:color w:val="CC0000"/>
          <w:sz w:val="22"/>
        </w:rPr>
        <w:t>重点记：\d数字、\w单词字符、\s空白、^开头、$结尾、*任意次、+至少一次、?零或一次。\1反向引用是难点！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阅读以下代码。 var str = '22245 54333 32666'; var reg = /(\d)\1\1/g; var match = str.match(reg); console.log(match); 代码的输出结果为( )</w:t>
      </w:r>
    </w:p>
    <w:p>
      <w:pPr>
        <w:ind w:left="283"/>
      </w:pPr>
      <w:r>
        <w:rPr>
          <w:color w:val="555555"/>
          <w:sz w:val="20"/>
        </w:rPr>
        <w:t>A. 222 333 666   B. 222 543 326   C. 245 333 666   D. 245 543 326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解析：这里首先匹配三位，\d是一位，\1引用\d是一位，后面紧跟的\1又是一位。这里的\1会去引用(\d)匹配到的内容。例如(\d)匹配到2，那么\1引用的(\d)的值也为2,所以222 333 666可以匹配。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下列选项中，表示匹配一次或多次的字符串的是( )</w:t>
      </w:r>
    </w:p>
    <w:p>
      <w:pPr>
        <w:ind w:left="283"/>
      </w:pPr>
      <w:r>
        <w:rPr>
          <w:color w:val="555555"/>
          <w:sz w:val="20"/>
        </w:rPr>
        <w:t>A. .   B. *   C. +   D. ?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下列模式修饰符中，表示全局匹配的是( )</w:t>
      </w:r>
    </w:p>
    <w:p>
      <w:pPr>
        <w:ind w:left="283"/>
      </w:pPr>
      <w:r>
        <w:rPr>
          <w:color w:val="555555"/>
          <w:sz w:val="20"/>
        </w:rPr>
        <w:t>A. g   B. w   C. f   D. 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解析：g表示全局匹配，也就是匹配到第1个符合正则表达式的内容后继续向后匹配。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下列选项中，表示匹配零次或多次的字符串的是( )</w:t>
      </w:r>
    </w:p>
    <w:p>
      <w:pPr>
        <w:ind w:left="283"/>
      </w:pPr>
      <w:r>
        <w:rPr>
          <w:color w:val="555555"/>
          <w:sz w:val="20"/>
        </w:rPr>
        <w:t>A. .   B. *   C. ?   D. +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解析：“*”表示匹配*前面的字符零次或多次;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若要匹配字符串中所有以数字开头的单词，正则表达式应写为（）</w:t>
      </w:r>
    </w:p>
    <w:p>
      <w:pPr>
        <w:ind w:left="283"/>
      </w:pPr>
      <w:r>
        <w:rPr>
          <w:color w:val="555555"/>
          <w:sz w:val="20"/>
        </w:rPr>
        <w:t>A. /^\d+\w*/g   B. /\b\d+\w*/g   C. /\d+\w*/g   D. /\B\d+\w*/g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解析：\b表示单词边界，确保匹配以数字开头的完整单词；^仅匹配字符串开头，\B表示非单词边界，故B正确。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下列选项中，表示匹配零次或一次的字符串的是( )</w:t>
      </w:r>
    </w:p>
    <w:p>
      <w:pPr>
        <w:ind w:left="283"/>
      </w:pPr>
      <w:r>
        <w:rPr>
          <w:color w:val="555555"/>
          <w:sz w:val="20"/>
        </w:rPr>
        <w:t>A. .   B. *   C. +   D. ?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下面选项中，可以用来检索、替换那些符合某个模式的文本的是( )</w:t>
      </w:r>
    </w:p>
    <w:p>
      <w:pPr>
        <w:ind w:left="283"/>
      </w:pPr>
      <w:r>
        <w:rPr>
          <w:color w:val="555555"/>
          <w:sz w:val="20"/>
        </w:rPr>
        <w:t>A. 正则表达式   B. 条件表达式   C. 语句表达式   D. 关系表达式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解析：正则表达式通常被用来检索、替换那些符合某个模式的文本。 例如，验证表单时，要求用户名只能输入字母、数字或者下画线，昵称可以输入中文。 正则表达式还常用于过滤掉页面内容中的一些敏感词，或从字符串中获取想要的特定部分等。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下列选项中，用于匹配任意的字母、数字和下画线的预定义符是( )</w:t>
      </w:r>
    </w:p>
    <w:p>
      <w:pPr>
        <w:ind w:left="283"/>
      </w:pPr>
      <w:r>
        <w:rPr>
          <w:color w:val="555555"/>
          <w:sz w:val="20"/>
        </w:rPr>
        <w:t>A. \d   B. \w   C. \W   D. \s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下列选项中，当使用正则表达式检测一个字符串是否包含敏感词时，可以使用的方法是( )</w:t>
      </w:r>
    </w:p>
    <w:p>
      <w:pPr>
        <w:ind w:left="283"/>
      </w:pPr>
      <w:r>
        <w:rPr>
          <w:color w:val="555555"/>
          <w:sz w:val="20"/>
        </w:rPr>
        <w:t>A. text()   B. test()   C. match()   D. matchs()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解析：test()方法用来检测目标字符串是否匹配正则表达式描述的规则，匹配成功返回true，否则返回false。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下列选项中，创建正则对象的方式错误的是( )</w:t>
      </w:r>
    </w:p>
    <w:p>
      <w:pPr>
        <w:ind w:left="283"/>
      </w:pPr>
      <w:r>
        <w:rPr>
          <w:color w:val="555555"/>
          <w:sz w:val="20"/>
        </w:rPr>
        <w:t>A. /^a.*y$/gi   B. new RegExp(^a.*y$, 'gi')   C. RegExp(/^a.*y$/, 'gi')   D. new RegExp('^a.*y$', 'gi')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解析：B选项执行后会报错SyntaxError。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阅读下段代码URL: http://localhost/js/test.html?a=12 使用location.pathname获取的内容是( )</w:t>
      </w:r>
    </w:p>
    <w:p>
      <w:pPr>
        <w:ind w:left="283"/>
      </w:pPr>
      <w:r>
        <w:rPr>
          <w:color w:val="555555"/>
          <w:sz w:val="20"/>
        </w:rPr>
        <w:t>A. http://localhost/js/test.html   B. localhost/js/test.html   C. /js/test.html   D. /js/test.html?a=12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解析：pathname属性返回URL的路径名。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正则表达式对象的exec()方法，在全局匹配模式下（加g修饰符），每次调用会（）</w:t>
      </w:r>
    </w:p>
    <w:p>
      <w:pPr>
        <w:ind w:left="283"/>
      </w:pPr>
      <w:r>
        <w:rPr>
          <w:color w:val="555555"/>
          <w:sz w:val="20"/>
        </w:rPr>
        <w:t>A. 重置lastIndex属性   B. 从lastIndex位置开始匹配   C. 返回所有匹配结果的数组   D. 忽略g修饰符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解析：exec()方法在全局模式下，每次调用从lastIndex位置开始匹配，并更新lastIndex，故B正确。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代码console.log('happy'.match(/ha|he/g));的输出结果为( )</w:t>
      </w:r>
    </w:p>
    <w:p>
      <w:pPr>
        <w:ind w:left="283"/>
      </w:pPr>
      <w:r>
        <w:rPr>
          <w:color w:val="555555"/>
          <w:sz w:val="20"/>
        </w:rPr>
        <w:t>A. hahe   B. ha   C. he   D. happy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正则表达式中，用于匹配行尾文本的元字符是( )</w:t>
      </w:r>
    </w:p>
    <w:p>
      <w:pPr>
        <w:ind w:left="283"/>
      </w:pPr>
      <w:r>
        <w:rPr>
          <w:color w:val="555555"/>
          <w:sz w:val="20"/>
        </w:rPr>
        <w:t>A. ^   B. $   C. \   D. ?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正则表达式的`exec()`方法在全局匹配模式下（带`g`修饰符），多次调用时会______。</w:t>
      </w:r>
    </w:p>
    <w:p>
      <w:pPr>
        <w:ind w:left="283"/>
      </w:pPr>
      <w:r>
        <w:rPr>
          <w:color w:val="555555"/>
          <w:sz w:val="20"/>
        </w:rPr>
        <w:t>A. 每次返回相同的匹配结果   B. 从上次匹配结束的位置继续查找   C. 重置匹配位置   D. 抛出错误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解析：在全局匹配模式下，`exec()`方法会维护一个`lastIndex`属性，记录下次匹配的起始位置，因此多次调用会从上次结束的位置继续查找。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代码var reg = /abc{2}/;可匹配的结果为( )</w:t>
      </w:r>
    </w:p>
    <w:p>
      <w:pPr>
        <w:ind w:left="283"/>
      </w:pPr>
      <w:r>
        <w:rPr>
          <w:color w:val="555555"/>
          <w:sz w:val="20"/>
        </w:rPr>
        <w:t>A. ab   B. abc   C. abcabc   D. abcc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请阅读以下代码，调用函数factorial(4)的结果为( )function factorial(n) { // 定义回调函数 if (n == 1) { return 1; // 递归出口 } return n * factorial(n - 1); }</w:t>
      </w:r>
    </w:p>
    <w:p>
      <w:pPr>
        <w:ind w:left="283"/>
      </w:pPr>
      <w:r>
        <w:rPr>
          <w:color w:val="555555"/>
          <w:sz w:val="20"/>
        </w:rPr>
        <w:t>A. 1   B. 2   C. 6   D. 24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解析：函数的功能是通过递归计算n的阶乘。当n不等于1时，执行n * factorial(n - 1)，直到n等于1时，返回1。递归调用结束后，最终结果为24。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使用构造函数创建正则表达式时，以下格式正确的是？</w:t>
      </w:r>
    </w:p>
    <w:p>
      <w:pPr>
        <w:ind w:left="283"/>
      </w:pPr>
      <w:r>
        <w:rPr>
          <w:color w:val="555555"/>
          <w:sz w:val="20"/>
        </w:rPr>
        <w:t>A. new RegExp('abc', 'g');   B. new RegExp(/abc/, 'g');   C. RegExp('abc', 'g');   D. new RegExp('abc', g);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解析：正则构造函数`RegExp`的参数为字符串形式的正则表达式和修饰符字符串，正确格式为`new RegExp(正则字符串, 修饰符)`，选项A符合要求。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正则表达式中，用于匹配一个换行符(line feed)的是( )</w:t>
      </w:r>
    </w:p>
    <w:p>
      <w:pPr>
        <w:ind w:left="283"/>
      </w:pPr>
      <w:r>
        <w:rPr>
          <w:color w:val="555555"/>
          <w:sz w:val="20"/>
        </w:rPr>
        <w:t>A. \uhhhh   B. \v   C. \r   D. \n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解析：“\uhhhh”表示匹配Unicode 值为 hhhh (4个16进制数字)的字符，如“\u597d”表示“好”; “\v”表示匹配一个垂直制表符(vertical tab); “\r”表示匹配一个回车符(carriage return)。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代码console.log('shill'.match(/hi|ha/g));的输出结果为( )</w:t>
      </w:r>
    </w:p>
    <w:p>
      <w:pPr>
        <w:ind w:left="283"/>
      </w:pPr>
      <w:r>
        <w:rPr>
          <w:color w:val="555555"/>
          <w:sz w:val="20"/>
        </w:rPr>
        <w:t>A. hi   B. hiha   C. ha   D. shill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代码var reg = /a(bc){2}/;可匹配的结果为( )</w:t>
      </w:r>
    </w:p>
    <w:p>
      <w:pPr>
        <w:ind w:left="283"/>
      </w:pPr>
      <w:r>
        <w:rPr>
          <w:color w:val="555555"/>
          <w:sz w:val="20"/>
        </w:rPr>
        <w:t>A. abcbc   B. aabcbc   C. abcabc   D. abcc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代码var reg = /apple|red/;可匹配的结果有( )</w:t>
      </w:r>
    </w:p>
    <w:p>
      <w:pPr>
        <w:ind w:left="283"/>
      </w:pPr>
      <w:r>
        <w:rPr>
          <w:color w:val="555555"/>
          <w:sz w:val="20"/>
        </w:rPr>
        <w:t>A. apple   B. applered   C. red   D. appred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下列选项中，属于正则表达式中小括号的功能的有( )</w:t>
      </w:r>
    </w:p>
    <w:p>
      <w:pPr>
        <w:ind w:left="283"/>
      </w:pPr>
      <w:r>
        <w:rPr>
          <w:color w:val="555555"/>
          <w:sz w:val="20"/>
        </w:rPr>
        <w:t>A. 改变作用范围   B. 捕获内容   C. 反向引用   D. 零宽断言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下列选项中，属于正则表达式创建方式的有( )</w:t>
      </w:r>
    </w:p>
    <w:p>
      <w:pPr>
        <w:ind w:left="283"/>
      </w:pPr>
      <w:r>
        <w:rPr>
          <w:color w:val="555555"/>
          <w:sz w:val="20"/>
        </w:rPr>
        <w:t>A. 通过Reg对象   B. 通过RegExp()构造函数   C. 使用()的方式   D. 使用字面量的方式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以下字符串方法中，参数可以是正则表达式的有？</w:t>
      </w:r>
    </w:p>
    <w:p>
      <w:pPr>
        <w:ind w:left="283"/>
      </w:pPr>
      <w:r>
        <w:rPr>
          <w:color w:val="555555"/>
          <w:sz w:val="20"/>
        </w:rPr>
        <w:t>A. replace()   B. split()   C. includes()   D. startsWith()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解析：`replace()`和`split()`方法的参数可以是正则表达式，分别用于替换匹配的子串和分割字符串；`includes()`和`startsWith()`的参数为字符串，不支持正则。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关于正则表达式，下列说法正确的有( )</w:t>
      </w:r>
    </w:p>
    <w:p>
      <w:pPr>
        <w:ind w:left="283"/>
      </w:pPr>
      <w:r>
        <w:rPr>
          <w:color w:val="555555"/>
          <w:sz w:val="20"/>
        </w:rPr>
        <w:t>A. [abc]匹配c、   B. a中的任意一个字符B、[^abc]匹配除   C. b、a以外的字符C、[a-Z]匹配a~Z范围内的字符   D. [^a-z]匹配a~z范围外的字符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解析：[a-Z]是不合法的范围，正确应该是[A-Z]匹配A~Z范围内的字符。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下列关于JavaScript正则表达式的使用，正确的有（）</w:t>
      </w:r>
    </w:p>
    <w:p>
      <w:pPr>
        <w:ind w:left="283"/>
      </w:pPr>
      <w:r>
        <w:rPr>
          <w:color w:val="555555"/>
          <w:sz w:val="20"/>
        </w:rPr>
        <w:t>A. 使用new RegExp('\d+')创建的正则与/\d+/等价   B. string.match(reg)方法返回所有匹配结果的数组（需加g修饰符）   C. 正则表达式的exec()方法每次调用仅返回一个匹配结果   D. string.search(reg)方法返回匹配的子串内容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解析：string.search(reg)返回匹配的起始索引而非内容；ABC选项分别正确描述了正则创建方式、match()方法（加g修饰符）和exec()方法的特点。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代码var reg2 = /r(ed|oot)/;可匹配的结果有( )</w:t>
      </w:r>
    </w:p>
    <w:p>
      <w:pPr>
        <w:ind w:left="283"/>
      </w:pPr>
      <w:r>
        <w:rPr>
          <w:color w:val="555555"/>
          <w:sz w:val="20"/>
        </w:rPr>
        <w:t>A. red   B. redoot   C. root   D. redroot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以下属于正则表达式自带方法的有？</w:t>
      </w:r>
    </w:p>
    <w:p>
      <w:pPr>
        <w:ind w:left="283"/>
      </w:pPr>
      <w:r>
        <w:rPr>
          <w:color w:val="555555"/>
          <w:sz w:val="20"/>
        </w:rPr>
        <w:t>A. test()   B. exec()   C. match()   D. search()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解析：`test()`和`exec()`是正则表达式对象的方法；`match()`和`search()`是字符串对象的方法，用于操作正则表达式。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以下关于正则表达式修饰符的描述正确的有？</w:t>
      </w:r>
    </w:p>
    <w:p>
      <w:pPr>
        <w:ind w:left="283"/>
      </w:pPr>
      <w:r>
        <w:rPr>
          <w:color w:val="555555"/>
          <w:sz w:val="20"/>
        </w:rPr>
        <w:t>A. `i`表示忽略大小写匹配   B. `g`表示全局匹配   C. `m`表示多行匹配   D. `s`表示单行匹配（使`.`匹配换行符）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解析：正则修饰符`i`（忽略大小写）、`g`（全局匹配）、`m`（多行匹配）、`s`（单行匹配，`.`匹配换行符）均为JavaScript正则支持的修饰符，描述均正确。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关于正则表达式的修饰符，下列说法正确的有（）</w:t>
      </w:r>
    </w:p>
    <w:p>
      <w:pPr>
        <w:ind w:left="283"/>
      </w:pPr>
      <w:r>
        <w:rPr>
          <w:color w:val="555555"/>
          <w:sz w:val="20"/>
        </w:rPr>
        <w:t>A. g修饰符表示全局匹配   B. i修饰符表示区分大小写   C. m修饰符表示多行匹配   D. 修饰符需放在正则表达式的末尾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解析：i修饰符表示不区分大小写；ACD选项分别正确描述了g、m修饰符的作用及修饰符的位置要求。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下列方法中，支持使用正则表达式作为参数的有（）</w:t>
      </w:r>
    </w:p>
    <w:p>
      <w:pPr>
        <w:ind w:left="283"/>
      </w:pPr>
      <w:r>
        <w:rPr>
          <w:color w:val="555555"/>
          <w:sz w:val="20"/>
        </w:rPr>
        <w:t>A. string.replace()   B. RegExp.test()   C. string.charAt()   D. string.split()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解析：string.charAt()接收索引值作为参数，不支持正则；ABD选项中的方法均支持正则表达式作为参数，用于字符串处理或匹配测试。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正则表达式中，模式修饰符____表示忽略大小写。</w:t>
      </w:r>
    </w:p>
    <w:p>
      <w:pPr>
        <w:spacing w:after="40"/>
        <w:ind w:left="283"/>
      </w:pPr>
      <w:r>
        <w:t>答案：i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在JavaScript中，使用字符串对象的 1 方法可以将符合正则匹配的子串替换为指定内容，例如将字符串中的所有数字替换为空字符串。</w:t>
      </w:r>
    </w:p>
    <w:p>
      <w:pPr>
        <w:spacing w:after="40"/>
        <w:ind w:left="283"/>
      </w:pPr>
      <w:r>
        <w:t>答案：replace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JavaScript中正则表达式的模式由文本字符和____组成。</w:t>
      </w:r>
    </w:p>
    <w:p>
      <w:pPr>
        <w:spacing w:after="40"/>
        <w:ind w:left="283"/>
      </w:pPr>
      <w:r>
        <w:t>答案：元字符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JavaScript中正则表达式的定位符____匹配以指定内容开头的字符串。</w:t>
      </w:r>
    </w:p>
    <w:p>
      <w:pPr>
        <w:spacing w:after="40"/>
        <w:ind w:left="283"/>
      </w:pPr>
      <w:r>
        <w:t>答案：^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使用字符串的 1 方法可以根据正则表达式分割字符串为数组，例如将包含逗号和空格的字符串分割为单词数组。</w:t>
      </w:r>
    </w:p>
    <w:p>
      <w:pPr>
        <w:spacing w:after="40"/>
        <w:ind w:left="283"/>
      </w:pPr>
      <w:r>
        <w:t>答案：split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以下代码对学生成绩进行统计，请补全：&lt;br&gt;const students = [{name:'Alice', score:85}, {name:'Bob', score:92}, {name:'Charlie', score:78}, {name:'David', score:92}];&lt;br&gt;// 获取所有学生姓名&lt;br&gt;const names = students.1(student =&gt; student.name);&lt;br&gt;// 筛选出成绩≥90的学生&lt;br&gt;const topStudents = students.2(student =&gt; student.score &gt;= 90);&lt;br&gt;// 计算所有学生的平均分&lt;br&gt;const average = students.3((sum, student) =&gt; sum + student.score, 0) / students.length;&lt;br&gt;// 将学生姓名用'|'连接成字符串&lt;br&gt;const nameStr = names.4('|');&lt;br&gt;// 替换字符串中的'|'为','&lt;br&gt;const newNameStr = nameStr.5(',');&lt;br&gt;代码执行后，average的值约为1，newNameStr为2。</w:t>
      </w:r>
    </w:p>
    <w:p>
      <w:pPr>
        <w:spacing w:after="40"/>
        <w:ind w:left="283"/>
      </w:pPr>
      <w:r>
        <w:t>答案：(1) map；(2) filter；(3) reduce；(4) join；(5) replace；(6) 86.75；(7) Alice,Bob,Charlie,David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在字符串的`replace()`方法中，若使用正则作为第一个参数，且正则带有`g`修饰符，则会______匹配的子串；若不带有`g`修饰符，则只会替换______匹配的子串。</w:t>
      </w:r>
    </w:p>
    <w:p>
      <w:pPr>
        <w:spacing w:after="40"/>
        <w:ind w:left="283"/>
      </w:pPr>
      <w:r>
        <w:t>答案：(1) 替换所有；(2) 第一个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代码console.log(/^a/.test('apple'));的输出结果是____。</w:t>
      </w:r>
    </w:p>
    <w:p>
      <w:pPr>
        <w:spacing w:after="40"/>
        <w:ind w:left="283"/>
      </w:pPr>
      <w:r>
        <w:t>答案：true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以下代码处理字符串，请补全：&lt;br&gt;const str = 'JavaScript is fun!';'&lt;br&gt;// 提取从索引4到末尾的子串&lt;br&gt;const sub1 = str.1(4);&lt;br&gt;// 提取从索引0到索引4（不包含）的子串&lt;br&gt;const sub2 = str.2(0,4);&lt;br&gt;// 将字符串按空格分割为数组&lt;br&gt;const arr = str.3(' ');&lt;br&gt;// 将字符串中的'fun'替换为'interesting'&lt;br&gt;const newStr = str.4('fun', 'interesting');&lt;br&gt;代码执行后，sub1的值为1，sub2的值为2，arr的值为3，newStr的值为4。</w:t>
      </w:r>
    </w:p>
    <w:p>
      <w:pPr>
        <w:spacing w:after="40"/>
        <w:ind w:left="283"/>
      </w:pPr>
      <w:r>
        <w:t>答案：(1) slice；(2) substring；(3) split；(4) replace；(5) Script is fun!；(6) Java；(7) ['JavaScript','is','fun!']；(8) JavaScript is interesting!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代码console.log('Sunnyday'.match(/sU(nny)/));的输出结果为____。</w:t>
      </w:r>
    </w:p>
    <w:p>
      <w:pPr>
        <w:spacing w:after="40"/>
        <w:ind w:left="283"/>
      </w:pPr>
      <w:r>
        <w:t>答案：null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正则表达式中，____方法可以返回指定模式的子字符串在字符串首次出现的位置。</w:t>
      </w:r>
    </w:p>
    <w:p>
      <w:pPr>
        <w:spacing w:after="40"/>
        <w:ind w:left="283"/>
      </w:pPr>
      <w:r>
        <w:t>答案：search()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正则表达式中，模式修饰符____表示多行匹配。</w:t>
      </w:r>
    </w:p>
    <w:p>
      <w:pPr>
        <w:spacing w:after="40"/>
        <w:ind w:left="283"/>
      </w:pPr>
      <w:r>
        <w:t>答案：m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正则表达式中，____用于匹配[0-9]之间的阿拉伯数字。</w:t>
      </w:r>
    </w:p>
    <w:p>
      <w:pPr>
        <w:spacing w:after="40"/>
        <w:ind w:left="283"/>
      </w:pPr>
      <w:r>
        <w:t>答案：\\d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字符串'JS Good'调用replace(/(w+)\s(w+)/gi, '$2 $1')方法后的返回值是____。</w:t>
      </w:r>
    </w:p>
    <w:p>
      <w:pPr>
        <w:spacing w:after="40"/>
        <w:ind w:left="283"/>
      </w:pPr>
      <w:r>
        <w:t>答案：Good JS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使用正则表达式字面量创建匹配邮箱的正则时，格式为______，例如匹配简单邮箱的正则可以写为`/^[a-zA-Z0-9]+@[a-zA-Z0-9]+\.[a-zA-Z0-9]+$/`。</w:t>
      </w:r>
    </w:p>
    <w:p>
      <w:pPr>
        <w:spacing w:after="40"/>
        <w:ind w:left="283"/>
      </w:pPr>
      <w:r>
        <w:t>答案：/正则表达式/修饰符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JavaScript中正则表达式的定位符____匹配以指定内容结尾的字符串。</w:t>
      </w:r>
    </w:p>
    <w:p>
      <w:pPr>
        <w:spacing w:after="40"/>
        <w:ind w:left="283"/>
      </w:pPr>
      <w:r>
        <w:t>答案：$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正则表达式的`test()`方法用于检测字符串是否匹配该正则，返回值类型为______；而`exec()`方法用于在字符串中查找匹配，返回值为______或`null`。</w:t>
      </w:r>
    </w:p>
    <w:p>
      <w:pPr>
        <w:spacing w:after="40"/>
        <w:ind w:left="283"/>
      </w:pPr>
      <w:r>
        <w:t>答案：(1) 布尔值；(2) 数组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用于匹配除f、r、o、g以外的字符的正则表达式为/____/。</w:t>
      </w:r>
    </w:p>
    <w:p>
      <w:pPr>
        <w:spacing w:after="40"/>
        <w:ind w:left="283"/>
      </w:pPr>
      <w:r>
        <w:t>答案：[^frog]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以下代码用于实现购物车功能，用户添加商品到购物车时使用数组方法处理商品列表。请补全代码：&lt;br&gt;const cart = ['苹果', '香蕉'];&lt;br&gt;// 添加新商品到购物车末尾&lt;br&gt;cart.1('橙子');&lt;br&gt;// 添加新商品到购物车开头&lt;br&gt;cart.2('葡萄');&lt;br&gt;// 修改购物车中索引为1的商品为'蓝莓'&lt;br&gt;cart.3(1, 1, '蓝莓');&lt;br&gt;// 计算购物车总商品数并输出，格式为'当前购物车共有X件商品'&lt;br&gt;const total = cart.length;&lt;br&gt;const message = `4`;&lt;br&gt;console.log(message);&lt;br&gt;代码执行后，message的值应为`5`。</w:t>
      </w:r>
    </w:p>
    <w:p>
      <w:pPr>
        <w:spacing w:after="40"/>
        <w:ind w:left="283"/>
      </w:pPr>
      <w:r>
        <w:t>答案：(1) push；(2) unshift；(3) splice；(4) 当前购物车共有${total}件商品；(5) 当前购物车共有4件商品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创建匹配邮箱格式的正则表达式时，使用字面量方式可写为 1 ；使用该正则对象的 2 方法可测试某个字符串是否匹配邮箱格式。</w:t>
      </w:r>
    </w:p>
    <w:p>
      <w:pPr>
        <w:spacing w:after="40"/>
        <w:ind w:left="283"/>
      </w:pPr>
      <w:r>
        <w:t>答案：(1) /^\w+([-+.]\w+)*@\w+([-.]\w+)*\.\w+([-.]\w+)*$/；(2) test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以下代码实现随机排序功能，请补全：&lt;br&gt;const arr = [1, 2, 3, 4, 5];&lt;br&gt;// 反转数组&lt;br&gt;arr.1();&lt;br&gt;// 随机排序数组&lt;br&gt;arr.2(() =&gt; 3 - Math.random());&lt;br&gt;// 生成0到9之间的随机整数&lt;br&gt;const randomNum = Math.4(Math.random() * 10);&lt;br&gt;代码执行后，反转后的arr为1，随机排序依赖比较函数返回值的正负性影响顺序，randomNum的范围是2。</w:t>
      </w:r>
    </w:p>
    <w:p>
      <w:pPr>
        <w:spacing w:after="40"/>
        <w:ind w:left="283"/>
      </w:pPr>
      <w:r>
        <w:t>答案：(1) reverse；(2) sort；(3) 0.5；(4) floor；(5) [5,4,3,2,1]；(6) 0~9（包含0和9）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阅读代码'badca'.replace(/(bad)/, '*')的执行结果是____。</w:t>
      </w:r>
    </w:p>
    <w:p>
      <w:pPr>
        <w:spacing w:after="40"/>
        <w:ind w:left="283"/>
      </w:pPr>
      <w:r>
        <w:t>答案：*ca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正则对象“r(ed){3}”用于匹配字符串“rededed”。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JavaScript的字符串“a\\b”中，“\\”表示反斜线“\”。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正则表达式是一种描述字符串规律的表达式，用于匹配字符串中的特定内容。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代码console.log(/^Sad day$/.test('Happy day'));的输出结果是()。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解析：检测字符串'Sad day'是否以Happy开头并且以day结尾，输出结果为false。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字符串的`match()`方法在全局匹配模式下（正则带`g`修饰符），返回的数组包含所有匹配的子串，不包含捕获组信息。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解析：当正则带`g`修饰符时，`match()`方法返回所有匹配的子串组成的数组；不带`g`修饰符时，返回的数组包含捕获组信息。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正则对象“1[012]”用于匹配10、11和12三个数字。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正则对象“^\d{4}$”表示开始匹配的是4个数字。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解析：例如:0000，1111等。“ ”/^\d{4}$/.test('1111') ”返回的值为true。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正则表示式中，x(?=y)表示只有当x后面不是y时，才匹配成功。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解析：x(?=y)表示只有当x后面是y时，才匹配成功。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正则表达式的`test()`方法在全局匹配模式下（带`g`修饰符），多次调用时会从上次匹配结束的位置继续查找。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解析：`test()`方法在全局模式下会维护`lastIndex`属性，多次调用时会从上次结束的位置继续匹配，因此描述正确。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test()方法用来检测目标字符串是否匹配正则表达式描述的规则，匹配成功返回true，否则返回false。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反向引用的语法为“\组号”，例如，“\0”表示引用第1个子模式的捕获结果。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解析：“\1”表示引用第1个子模式的捕获结果。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正则表达式中，当中括号“[]”与元字符“^”一起使用时，“^”称为反义符。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解析：例如:[^a-z]表示匹配字母a~z范围外的字符。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正则表达式中，中括号“[]”和元字符“^”连用时，“^”表示匹配某个范围外的字符。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正则对象“x(?!y)”表示仅当x后不紧跟着y时才匹配 x。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正则表达式字面量和构造函数创建的正则是完全等价的，例如`/abc/g`和`new RegExp('abc', 'g')`功能完全相同。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解析：正则字面量和构造函数创建的正则在功能上是等价的，区别在于构造函数可以动态生成正则表达式字符串，而字面量是静态的。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正则表达式中，“.”可以匹配任意的单个字符，如“$”“\n”等。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解析：“.”表示匹配除“\n”外的任何单个字符;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简述什么是元字符。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元字符是具有特殊含义的字符，例如，元字符“.”表示匹配除换行符、回车符之外的任意单个字符，元字符“*”表示匹配前面的字符零次或多次。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简述什么是模式修饰符。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模式修饰符用于指定额外的匹配策略，例如，“i”表示忽略大小写。如果不需要指定额外的匹配策略，模式修饰符可以省略。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Math与Date</w:t>
      </w:r>
    </w:p>
    <w:p>
      <w:r>
        <w:rPr>
          <w:color w:val="999999"/>
          <w:sz w:val="20"/>
        </w:rPr>
        <w:t>共 15 题</w:t>
      </w:r>
    </w:p>
    <w:p>
      <w:pPr>
        <w:pStyle w:val="Heading2"/>
      </w:pPr>
      <w:r>
        <w:t>核心要点</w:t>
      </w:r>
    </w:p>
    <w:p>
      <w:r>
        <w:t>Math提供数学运算，Date处理日期和时间。</w:t>
      </w:r>
    </w:p>
    <w:p>
      <w:pPr>
        <w:spacing w:after="40"/>
      </w:pPr>
      <w:r>
        <w:rPr>
          <w:b/>
          <w:sz w:val="22"/>
        </w:rPr>
        <w:t>Math.random()：</w:t>
      </w:r>
      <w:r>
        <w:rPr>
          <w:sz w:val="22"/>
        </w:rPr>
        <w:t>生成[0,1)之间的随机数。要得到1~N：Math.floor(Math.random()*N)+1</w:t>
      </w:r>
    </w:p>
    <w:p>
      <w:pPr>
        <w:spacing w:after="40"/>
      </w:pPr>
      <w:r>
        <w:rPr>
          <w:b/>
          <w:sz w:val="22"/>
        </w:rPr>
        <w:t>Math.floor() / Math.ceil()：</w:t>
      </w:r>
      <w:r>
        <w:rPr>
          <w:sz w:val="22"/>
        </w:rPr>
        <w:t>向下取整/向上取整</w:t>
      </w:r>
    </w:p>
    <w:p>
      <w:pPr>
        <w:spacing w:after="40"/>
      </w:pPr>
      <w:r>
        <w:rPr>
          <w:b/>
          <w:sz w:val="22"/>
        </w:rPr>
        <w:t>Math.round()：</w:t>
      </w:r>
      <w:r>
        <w:rPr>
          <w:sz w:val="22"/>
        </w:rPr>
        <w:t>四舍五入</w:t>
      </w:r>
    </w:p>
    <w:p>
      <w:pPr>
        <w:spacing w:after="40"/>
      </w:pPr>
      <w:r>
        <w:rPr>
          <w:b/>
          <w:sz w:val="22"/>
        </w:rPr>
        <w:t>Math.abs()：</w:t>
      </w:r>
      <w:r>
        <w:rPr>
          <w:sz w:val="22"/>
        </w:rPr>
        <w:t>绝对值</w:t>
      </w:r>
    </w:p>
    <w:p>
      <w:pPr>
        <w:spacing w:after="40"/>
      </w:pPr>
      <w:r>
        <w:rPr>
          <w:b/>
          <w:sz w:val="22"/>
        </w:rPr>
        <w:t>Math.max() / Math.min()：</w:t>
      </w:r>
      <w:r>
        <w:rPr>
          <w:sz w:val="22"/>
        </w:rPr>
        <w:t>一组数中的最大值/最小值</w:t>
      </w:r>
    </w:p>
    <w:p>
      <w:pPr>
        <w:spacing w:after="40"/>
      </w:pPr>
      <w:r>
        <w:rPr>
          <w:b/>
          <w:sz w:val="22"/>
        </w:rPr>
        <w:t>Math.pow(x,y) / Math.sqrt()：</w:t>
      </w:r>
      <w:r>
        <w:rPr>
          <w:sz w:val="22"/>
        </w:rPr>
        <w:t>x的y次幂 / 平方根</w:t>
      </w:r>
    </w:p>
    <w:p>
      <w:pPr>
        <w:spacing w:after="40"/>
      </w:pPr>
      <w:r>
        <w:rPr>
          <w:b/>
          <w:sz w:val="22"/>
        </w:rPr>
        <w:t>Math.PI：</w:t>
      </w:r>
      <w:r>
        <w:rPr>
          <w:sz w:val="22"/>
        </w:rPr>
        <w:t>圆周率</w:t>
      </w:r>
    </w:p>
    <w:p>
      <w:pPr>
        <w:spacing w:after="40"/>
      </w:pPr>
      <w:r>
        <w:rPr>
          <w:b/>
          <w:sz w:val="22"/>
        </w:rPr>
        <w:t>Date对象 getMonth()：</w:t>
      </w:r>
      <w:r>
        <w:rPr>
          <w:sz w:val="22"/>
        </w:rPr>
        <w:t>new Date()创建当前日期时间。getMonth()返回0~11——0是一月，1是二月，以此类推！</w:t>
      </w:r>
    </w:p>
    <w:p>
      <w:pPr>
        <w:spacing w:after="40"/>
      </w:pPr>
      <w:r>
        <w:rPr>
          <w:b/>
          <w:sz w:val="22"/>
        </w:rPr>
        <w:t>常用日期方法：</w:t>
      </w:r>
      <w:r>
        <w:rPr>
          <w:sz w:val="22"/>
        </w:rPr>
        <w:t>getFullYear()年、getMonth()月、getDate()日、getDay()星期(0~6)</w:t>
      </w:r>
    </w:p>
    <w:p>
      <w:pPr>
        <w:spacing w:after="40"/>
      </w:pPr>
      <w:r>
        <w:rPr>
          <w:b/>
          <w:sz w:val="22"/>
        </w:rPr>
        <w:t>getTime()：</w:t>
      </w:r>
      <w:r>
        <w:rPr>
          <w:sz w:val="22"/>
        </w:rPr>
        <w:t>返回1970年1月1日至今的毫秒数（时间戳）</w:t>
      </w:r>
    </w:p>
    <w:p>
      <w:r>
        <w:rPr>
          <w:b/>
          <w:color w:val="CC0000"/>
          <w:sz w:val="22"/>
        </w:rPr>
        <w:t>getMonth()返回0~11！10月是getMonth()=9。生成随机整数：Math.floor(Math.random()*范围)+起始值。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下列Date对象方法中，用于获取年份的方法是( )</w:t>
      </w:r>
    </w:p>
    <w:p>
      <w:pPr>
        <w:ind w:left="283"/>
      </w:pPr>
      <w:r>
        <w:rPr>
          <w:color w:val="555555"/>
          <w:sz w:val="20"/>
        </w:rPr>
        <w:t>A. getFullYear()   B. setFullYear()   C. getDate()   D. setDate()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下列选项中，“Math.floor(1.1)”的计算结果是( )</w:t>
      </w:r>
    </w:p>
    <w:p>
      <w:pPr>
        <w:ind w:left="283"/>
      </w:pPr>
      <w:r>
        <w:rPr>
          <w:color w:val="555555"/>
          <w:sz w:val="20"/>
        </w:rPr>
        <w:t>A. 0   B. 1   C. 2   D. 3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解析：floor()方法用于向下取整，1.1向下取整为1。 多选题(共6道题)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下列Date对象方法中，用于设置月份的方法是( )</w:t>
      </w:r>
    </w:p>
    <w:p>
      <w:pPr>
        <w:ind w:left="283"/>
      </w:pPr>
      <w:r>
        <w:rPr>
          <w:color w:val="555555"/>
          <w:sz w:val="20"/>
        </w:rPr>
        <w:t>A. setHours()   B. setDate()   C. setMonth()   D. setTime()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下列选项中，用于生成m到n之间的随机数(不包括n)的公示为( )</w:t>
      </w:r>
    </w:p>
    <w:p>
      <w:pPr>
        <w:ind w:left="283"/>
      </w:pPr>
      <w:r>
        <w:rPr>
          <w:color w:val="555555"/>
          <w:sz w:val="20"/>
        </w:rPr>
        <w:t>A. Math.floor(Math.random() * (n - m + 1) + m);   B. Math.random() * (n - m) + m ;   C. Math.floor(Math.random() * (n + 1));   D. Math.floor(Math.random() * (n + 1) + 1);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下列选项中，用于生成m到n之间的随机数(不包括n)的公示为( )</w:t>
      </w:r>
    </w:p>
    <w:p>
      <w:pPr>
        <w:ind w:left="283"/>
      </w:pPr>
      <w:r>
        <w:rPr>
          <w:color w:val="555555"/>
          <w:sz w:val="20"/>
        </w:rPr>
        <w:t>A. Math.floor(Math.random() * (n - m + 1) + m);   B. Math.random() * (n - m) + m ;   C. Math.floor(Math.random() * (n + 1));   D. Math.floor(Math.random() * (n + 1) + 1);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若限时秒杀的结束时间与当前时间的时间差为remaining秒，则下列描述错误的是( )</w:t>
      </w:r>
    </w:p>
    <w:p>
      <w:pPr>
        <w:ind w:left="283"/>
      </w:pPr>
      <w:r>
        <w:rPr>
          <w:color w:val="555555"/>
          <w:sz w:val="20"/>
        </w:rPr>
        <w:t>A. parseInt(remaining / 86400)表示计算剩余星期   B. parseInt((remaining / 3600) % 24)表示计算剩余小时   C. parseInt((remaining / 60) % 60)表示计算剩余分钟   D. parseInt(remaining % 60)表示计算剩余秒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解析：parseInt(remaining / 86400)计算剩余天数，也就是除以60 * 60 * 24后取整。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下列选项中，关于Web API的描述正确的有( )</w:t>
      </w:r>
    </w:p>
    <w:p>
      <w:pPr>
        <w:ind w:left="283"/>
      </w:pPr>
      <w:r>
        <w:rPr>
          <w:color w:val="555555"/>
          <w:sz w:val="20"/>
        </w:rPr>
        <w:t>A. Web API是指在Web开发中用到的API   B. Web API被封装成了对象，用来帮助开发者实现某种功能   C. DOM和BOM各包含的一系对象都属于Web API   D. Web API没有统一标准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执行“date.setMonth(2)”，则date中保存的月份为____月。</w:t>
      </w:r>
    </w:p>
    <w:p>
      <w:pPr>
        <w:spacing w:after="40"/>
        <w:ind w:left="283"/>
      </w:pPr>
      <w:r>
        <w:t>答案：3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Math.round(-4.60)的计算结果为____。</w:t>
      </w:r>
    </w:p>
    <w:p>
      <w:pPr>
        <w:spacing w:after="40"/>
        <w:ind w:left="283"/>
      </w:pPr>
      <w:r>
        <w:t>答案：-5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JavaScript中____对象表示日期对象。</w:t>
      </w:r>
    </w:p>
    <w:p>
      <w:pPr>
        <w:spacing w:after="40"/>
        <w:ind w:left="283"/>
      </w:pPr>
      <w:r>
        <w:t>答案：Date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____对象表示数学对象，用来进行与数学相关的运算。</w:t>
      </w:r>
    </w:p>
    <w:p>
      <w:pPr>
        <w:spacing w:after="40"/>
        <w:ind w:left="283"/>
      </w:pPr>
      <w:r>
        <w:t>答案：Math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random()方法用于获取大于或等于0且小于或等于1的随机数。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解析：random()方法获取大于或等于0且小于1的随机值。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Date对象可直接使用，不需要创建。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解析：JavaScript中的Date对象表示日期对象，需要使用Date()构造函数创建后才能使用。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API是软件系统预先定义的接口，用于软件系统不同组成部分的衔接。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Date对象的getSeconds()方法用于获取从1970-01-01 00:00:00到Date对象中存放的时间的毫秒数。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解析：getSeconds()方法用于获取秒数，范围为0~59。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面向对象与this</w:t>
      </w:r>
    </w:p>
    <w:p>
      <w:r>
        <w:rPr>
          <w:color w:val="999999"/>
          <w:sz w:val="20"/>
        </w:rPr>
        <w:t>共 18 题</w:t>
      </w:r>
    </w:p>
    <w:p>
      <w:pPr>
        <w:pStyle w:val="Heading2"/>
      </w:pPr>
      <w:r>
        <w:t>核心要点</w:t>
      </w:r>
    </w:p>
    <w:p>
      <w:r>
        <w:t>this是JavaScript中一个特殊的关键字，它的指向由调用方式决定。</w:t>
      </w:r>
    </w:p>
    <w:p>
      <w:pPr>
        <w:spacing w:after="40"/>
      </w:pPr>
      <w:r>
        <w:rPr>
          <w:b/>
          <w:sz w:val="22"/>
        </w:rPr>
        <w:t>普通函数调用：</w:t>
      </w:r>
      <w:r>
        <w:rPr>
          <w:sz w:val="22"/>
        </w:rPr>
        <w:t>this → 指向window（全局对象）。严格模式下为undefined</w:t>
      </w:r>
    </w:p>
    <w:p>
      <w:pPr>
        <w:spacing w:after="40"/>
      </w:pPr>
      <w:r>
        <w:rPr>
          <w:b/>
          <w:sz w:val="22"/>
        </w:rPr>
        <w:t>对象方法调用：</w:t>
      </w:r>
      <w:r>
        <w:rPr>
          <w:sz w:val="22"/>
        </w:rPr>
        <w:t>this → 指向调用该方法的对象。如obj.sayHi()中this为obj</w:t>
      </w:r>
    </w:p>
    <w:p>
      <w:pPr>
        <w:spacing w:after="40"/>
      </w:pPr>
      <w:r>
        <w:rPr>
          <w:b/>
          <w:sz w:val="22"/>
        </w:rPr>
        <w:t>构造函数(new)：</w:t>
      </w:r>
      <w:r>
        <w:rPr>
          <w:sz w:val="22"/>
        </w:rPr>
        <w:t>this → 指向new创建的新实例对象</w:t>
      </w:r>
    </w:p>
    <w:p>
      <w:pPr>
        <w:spacing w:after="40"/>
      </w:pPr>
      <w:r>
        <w:rPr>
          <w:b/>
          <w:sz w:val="22"/>
        </w:rPr>
        <w:t>箭头函数：</w:t>
      </w:r>
      <w:r>
        <w:rPr>
          <w:sz w:val="22"/>
        </w:rPr>
        <w:t>没有自己的this，捕获外层作用域的this（定义时的this）</w:t>
      </w:r>
    </w:p>
    <w:p>
      <w:pPr>
        <w:spacing w:after="40"/>
      </w:pPr>
      <w:r>
        <w:rPr>
          <w:b/>
          <w:sz w:val="22"/>
        </w:rPr>
        <w:t>call() / apply() / bind()：</w:t>
      </w:r>
      <w:r>
        <w:rPr>
          <w:sz w:val="22"/>
        </w:rPr>
        <w:t>手动指定this指向。call(this, 参数1,参数2)；apply(this, [参数数组])；bind()返回新函数</w:t>
      </w:r>
    </w:p>
    <w:p>
      <w:pPr>
        <w:spacing w:after="40"/>
      </w:pPr>
      <w:r>
        <w:rPr>
          <w:b/>
          <w:sz w:val="22"/>
        </w:rPr>
        <w:t>原型链：</w:t>
      </w:r>
      <w:r>
        <w:rPr>
          <w:sz w:val="22"/>
        </w:rPr>
        <w:t>每个函数有prototype属性；实例通过__proto__访问原型。访问属性时先找自身→原型→...→null</w:t>
      </w:r>
    </w:p>
    <w:p>
      <w:pPr>
        <w:spacing w:after="40"/>
      </w:pPr>
      <w:r>
        <w:rPr>
          <w:b/>
          <w:sz w:val="22"/>
        </w:rPr>
        <w:t>instanceof：</w:t>
      </w:r>
      <w:r>
        <w:rPr>
          <w:sz w:val="22"/>
        </w:rPr>
        <w:t>检测对象是否是某个构造函数的实例：obj instanceof Array</w:t>
      </w:r>
    </w:p>
    <w:p>
      <w:r>
        <w:rPr>
          <w:b/>
          <w:color w:val="CC0000"/>
          <w:sz w:val="22"/>
        </w:rPr>
        <w:t>this的指向判断诀窍：谁调用就指向谁（箭头函数除外）。const fn = obj.fn; fn() 里面this是window！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下列选项中，属于对象的构造函数的是( )</w:t>
      </w:r>
    </w:p>
    <w:p>
      <w:pPr>
        <w:ind w:left="283"/>
      </w:pPr>
      <w:r>
        <w:rPr>
          <w:color w:val="555555"/>
          <w:sz w:val="20"/>
        </w:rPr>
        <w:t>A. Object()   B. Array()   C. Date()   D. String()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解析：Array()是数组的构造函数，Date()是日期是构造函数，String()是字符串的构造函数。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下列选项中，关于利用构造函数创建对象说法错误的是( )</w:t>
      </w:r>
    </w:p>
    <w:p>
      <w:pPr>
        <w:ind w:left="283"/>
      </w:pPr>
      <w:r>
        <w:rPr>
          <w:color w:val="555555"/>
          <w:sz w:val="20"/>
        </w:rPr>
        <w:t>A. 利用构造函数创建对象的过程称为实例化   B. new是实例化构造函数的关键字   C. 利用构造函数创建对象时，即使不传参数，函数名后的小括号也不可以省略   D. 利用构造函数创建对象时，参数可以有多个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解析：利用构造函数创建对象时，参数可以有多个，当不需要要传入参数时，参数可以省略，且小括号“()”也可以省略。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使用构造函数创建对象时，以下说法错误的是（ ）</w:t>
      </w:r>
    </w:p>
    <w:p>
      <w:pPr>
        <w:ind w:left="283"/>
      </w:pPr>
      <w:r>
        <w:rPr>
          <w:color w:val="555555"/>
          <w:sz w:val="20"/>
        </w:rPr>
        <w:t>A. 构造函数名通常首字母大写   B. 构造函数内部使用 this 关键字指向新创建的对象   C. 使用 new 关键字调用构造函数会创建一个新对象   D. 构造函数必须有返回值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解析：构造函数不需要显式返回值，使用 new 关键字调用时会自动返回新创建的对象。若构造函数有返回值且为对象，则返回该对象；否则返回新创建的对象。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下列选项中，关于构造函数内部的this说法正确的是( )</w:t>
      </w:r>
    </w:p>
    <w:p>
      <w:pPr>
        <w:ind w:left="283"/>
      </w:pPr>
      <w:r>
        <w:rPr>
          <w:color w:val="555555"/>
          <w:sz w:val="20"/>
        </w:rPr>
        <w:t>A. 构造函数内部的this表示构造函数本身   B. 构造函数内部的this表示新创建的对象   C. 构造函数内部的this表示window对象   D. 构造函数内部的this表示原型对象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解析：this表示新创建出来的对象。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下列选项中，关于Date()构造函数的说法正确的有( )</w:t>
      </w:r>
    </w:p>
    <w:p>
      <w:pPr>
        <w:ind w:left="283"/>
      </w:pPr>
      <w:r>
        <w:rPr>
          <w:color w:val="555555"/>
          <w:sz w:val="20"/>
        </w:rPr>
        <w:t>A. Date()构造函数用于创建Date对象   B. 使用Date()构造函数创建对象时，不传参数表示使用系统当前时间   C. 为Date()构造函数传入以数字表示的年、月、日、时、分、秒时，最少需要指定年、月两个参数   D. 为Date()构造函数传入以字符串表示的日期和时间时，最少需要指定年份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利用构造函数创建出来的对象称为构造函数的____。</w:t>
      </w:r>
    </w:p>
    <w:p>
      <w:pPr>
        <w:spacing w:after="40"/>
        <w:ind w:left="283"/>
      </w:pPr>
      <w:r>
        <w:t>答案：实例对象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箭头函数不绑定自己的 this，它会捕获其______作用域中的 this 值，作为自己的 this 值。</w:t>
      </w:r>
    </w:p>
    <w:p>
      <w:pPr>
        <w:spacing w:after="40"/>
        <w:ind w:left="283"/>
      </w:pPr>
      <w:r>
        <w:t>答案：词法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箭头函数不绑定自己的this，它的this值继承自______作用域。在以下代码中，箭头函数中的this指向______对象。</w:t>
      </w:r>
    </w:p>
    <w:p>
      <w:pPr>
        <w:spacing w:after="40"/>
        <w:ind w:left="283"/>
      </w:pPr>
      <w:r>
        <w:t>答案：(1) 外层；(2) obj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通过构造函数创建实例对象的关键字是____。</w:t>
      </w:r>
    </w:p>
    <w:p>
      <w:pPr>
        <w:spacing w:after="40"/>
        <w:ind w:left="283"/>
      </w:pPr>
      <w:r>
        <w:t>答案：new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函数声明通过`function`关键字直接定义，而函数表达式则是将函数赋值给变量。以下代码中，`func1`是通过______方式定义的，其`this`指向______作用域的对象；`func2`是通过______方式定义的，其`this`指向______作用域的对象。</w:t>
      </w:r>
    </w:p>
    <w:p>
      <w:pPr>
        <w:spacing w:after="40"/>
        <w:ind w:left="283"/>
      </w:pPr>
      <w:r>
        <w:t>答案：(1) 函数声明；(2) 全局；(3) 函数表达式；(4) 全局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在全局作用域中，this 指向______；在对象的方法中，this 指向调用该方法的______。</w:t>
      </w:r>
    </w:p>
    <w:p>
      <w:pPr>
        <w:spacing w:after="40"/>
        <w:ind w:left="283"/>
      </w:pPr>
      <w:r>
        <w:t>答案：(1) 全局对象；(2) 对象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在JavaScript中，使用Array构造函数创建一个包含初始元素1、2、3的数组，语法为new Array(1, 2, 3)；若仅传入一个数字参数n，则创建的是长度为n的空数组，例如new Array(5)会生成一个长度为5的数组。请写出通过字面量方式创建上述包含1、2、3元素的数组的表达式：______。</w:t>
      </w:r>
    </w:p>
    <w:p>
      <w:pPr>
        <w:spacing w:after="40"/>
        <w:ind w:left="283"/>
      </w:pPr>
      <w:r>
        <w:t>答案：[1, 2, 3]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JavaScript中的静态成员指的是构造函数的成员。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在事件处理函数中，this返回的是绑定事件的对象。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通过一个构造函数可以创建多个对象，这些对象都有相同的结构。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String对象表示字符串对象，使用String()构造函数来创建。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箭头函数中的 this 指向其调用时的上下文。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解析：箭头函数没有自己的 this，它的 this 是在定义时确定的，指向其外层词法作用域中的 this，而不是调用时的上下文，因此该说法错误。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使用Date()构造函数创建对象时，不传参数表示使用系统当前时间。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DOM操作</w:t>
      </w:r>
    </w:p>
    <w:p>
      <w:r>
        <w:rPr>
          <w:color w:val="999999"/>
          <w:sz w:val="20"/>
        </w:rPr>
        <w:t>共 53 题</w:t>
      </w:r>
    </w:p>
    <w:p>
      <w:pPr>
        <w:pStyle w:val="Heading2"/>
      </w:pPr>
      <w:r>
        <w:t>核心要点</w:t>
      </w:r>
    </w:p>
    <w:p>
      <w:r>
        <w:t>DOM（文档对象模型）让JS能操作HTML页面——可以获取元素、修改内容、修改样式。</w:t>
      </w:r>
    </w:p>
    <w:p>
      <w:pPr>
        <w:spacing w:after="40"/>
      </w:pPr>
      <w:r>
        <w:rPr>
          <w:b/>
          <w:sz w:val="22"/>
        </w:rPr>
        <w:t>获取元素：</w:t>
      </w:r>
      <w:r>
        <w:rPr>
          <w:sz w:val="22"/>
        </w:rPr>
        <w:t>getElementById("id")按ID获取；getElementsByTagName("div")按标签获取集合；querySelector(".class")用CSS选择器获取第一个；querySelectorAll("div p")获取所有匹配的集合</w:t>
      </w:r>
    </w:p>
    <w:p>
      <w:pPr>
        <w:spacing w:after="40"/>
      </w:pPr>
      <w:r>
        <w:rPr>
          <w:b/>
          <w:sz w:val="22"/>
        </w:rPr>
        <w:t>创建和插入元素：</w:t>
      </w:r>
      <w:r>
        <w:rPr>
          <w:sz w:val="22"/>
        </w:rPr>
        <w:t>createElement("div")创建元素；appendChild()末尾插入；insertBefore(新, 参考)在参考前插入；removeChild()移除</w:t>
      </w:r>
    </w:p>
    <w:p>
      <w:pPr>
        <w:spacing w:after="40"/>
      </w:pPr>
      <w:r>
        <w:rPr>
          <w:b/>
          <w:sz w:val="22"/>
        </w:rPr>
        <w:t>修改内容：</w:t>
      </w:r>
      <w:r>
        <w:rPr>
          <w:sz w:val="22"/>
        </w:rPr>
        <w:t>innerHTML：识别HTML标签，有XSS风险。innerText：纯文本，不识别标签。textContent：纯文本，会获取隐藏元素的文本</w:t>
      </w:r>
    </w:p>
    <w:p>
      <w:pPr>
        <w:spacing w:after="40"/>
      </w:pPr>
      <w:r>
        <w:rPr>
          <w:b/>
          <w:sz w:val="22"/>
        </w:rPr>
        <w:t>修改属性：</w:t>
      </w:r>
      <w:r>
        <w:rPr>
          <w:sz w:val="22"/>
        </w:rPr>
        <w:t>setAttribute("属性名","值")设置；getAttribute("属性名")获取；removeAttribute("属性名")移除</w:t>
      </w:r>
    </w:p>
    <w:p>
      <w:pPr>
        <w:spacing w:after="40"/>
      </w:pPr>
      <w:r>
        <w:rPr>
          <w:b/>
          <w:sz w:val="22"/>
        </w:rPr>
        <w:t>修改样式：</w:t>
      </w:r>
      <w:r>
        <w:rPr>
          <w:sz w:val="22"/>
        </w:rPr>
        <w:t>element.style.color="red" 行内样式；classList.add("类名")添加类；classList.remove("类名")移除类</w:t>
      </w:r>
    </w:p>
    <w:p>
      <w:pPr>
        <w:spacing w:after="40"/>
      </w:pPr>
      <w:r>
        <w:rPr>
          <w:b/>
          <w:sz w:val="22"/>
        </w:rPr>
        <w:t>节点关系：</w:t>
      </w:r>
      <w:r>
        <w:rPr>
          <w:sz w:val="22"/>
        </w:rPr>
        <w:t>childNodes所有子节点（含文本节点）；children所有子元素节点（不含文本）；parentNode父节点；nextSibling/previousSibling下一个/上一个兄弟节点</w:t>
      </w:r>
    </w:p>
    <w:p>
      <w:pPr>
        <w:spacing w:after="40"/>
      </w:pPr>
      <w:r>
        <w:rPr>
          <w:b/>
          <w:sz w:val="22"/>
        </w:rPr>
        <w:t>documentElement：</w:t>
      </w:r>
      <w:r>
        <w:rPr>
          <w:sz w:val="22"/>
        </w:rPr>
        <w:t>document.documentElement 获取HTML根元素（&lt;html&gt;标签）</w:t>
      </w:r>
    </w:p>
    <w:p>
      <w:r>
        <w:rPr>
          <w:b/>
          <w:color w:val="CC0000"/>
          <w:sz w:val="22"/>
        </w:rPr>
        <w:t>childNodes包含文本(含空格换行)和元素节点，children只包含元素节点！innerText获取可见文本，textContent获取全部文本（包括隐藏的）。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以下哪个属性可以获取元素的可见宽度（不包括边框和滚动条）？</w:t>
      </w:r>
    </w:p>
    <w:p>
      <w:pPr>
        <w:ind w:left="283"/>
      </w:pPr>
      <w:r>
        <w:rPr>
          <w:color w:val="555555"/>
          <w:sz w:val="20"/>
        </w:rPr>
        <w:t>A. offsetWidth   B. clientWidth   C. scrollWidth   D. width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解析：clientWidth表示元素内容区宽度+内边距，不包括边框和滚动条；offsetWidth包括边框；scrollWidth是内容实际宽度（含溢出部分）。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下列选项中，用于设置元素属性的方法是( )</w:t>
      </w:r>
    </w:p>
    <w:p>
      <w:pPr>
        <w:ind w:left="283"/>
      </w:pPr>
      <w:r>
        <w:rPr>
          <w:color w:val="555555"/>
          <w:sz w:val="20"/>
        </w:rPr>
        <w:t>A. removeAttribute()   B. setAttribute()   C. getAttribute()   D. setAttr()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解析：removeAttribute()用于移除元素的属性; getAttribute()用于获取元素的属性值; setAttr()无此方法。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下列选项中，获取元素内容时去掉所有格式以及标签的是( )</w:t>
      </w:r>
    </w:p>
    <w:p>
      <w:pPr>
        <w:ind w:left="283"/>
      </w:pPr>
      <w:r>
        <w:rPr>
          <w:color w:val="555555"/>
          <w:sz w:val="20"/>
        </w:rPr>
        <w:t>A. innerHTML   B. innerText   C. textContent   D. innerContent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解析：innerHTML:返回结果包含HTML标签，并保留空格和换行; textContent:返回结果保留空格和换行。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以下哪种方式不能为元素添加类名'active'？</w:t>
      </w:r>
    </w:p>
    <w:p>
      <w:pPr>
        <w:ind w:left="283"/>
      </w:pPr>
      <w:r>
        <w:rPr>
          <w:color w:val="555555"/>
          <w:sz w:val="20"/>
        </w:rPr>
        <w:t>A. element.setAttribute('class', 'active')   B. element.className = 'active'   C. element.classList.add('active')   D. element.style.class = 'active'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解析：style属性用于设置内联样式，不能直接操作类名。setAttribute、className、classList均可用于操作类名。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下列选项中，用于获取第1个类名为pink元素的语句是( )</w:t>
      </w:r>
    </w:p>
    <w:p>
      <w:pPr>
        <w:ind w:left="283"/>
      </w:pPr>
      <w:r>
        <w:rPr>
          <w:color w:val="555555"/>
          <w:sz w:val="20"/>
        </w:rPr>
        <w:t>A. document.getElementsByClassName('pink')   B. document.getElementsByTagName('pink')   C. document.getElementsByTagName('pink')[0]   D. document.getElementsByClassName('pink')[0]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解析：getElementsByTagName()用于根据标签名获取元素。 document.getElementsByClassName('pink') 用于获取所有类名为pink的元素。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以下关于innerHTML和innerText的描述，错误的是？</w:t>
      </w:r>
    </w:p>
    <w:p>
      <w:pPr>
        <w:ind w:left="283"/>
      </w:pPr>
      <w:r>
        <w:rPr>
          <w:color w:val="555555"/>
          <w:sz w:val="20"/>
        </w:rPr>
        <w:t>A. innerHTML会解析HTML标签，innerText不会   B. innerText会忽略隐藏元素的文本，textContent不会   C. innerHTML可能导致XSS攻击，应谨慎使用   D. 设置innerText会触发DOM重新渲染，innerHTML不会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解析：设置innerHTML和innerText都会触发DOM重新渲染，区别在于是否解析HTML标签及文本处理方式。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在事件处理函数中，通过事件对象可以获取触发事件的目标元素。以下哪个属性表示事件的目标元素？</w:t>
      </w:r>
    </w:p>
    <w:p>
      <w:pPr>
        <w:ind w:left="283"/>
      </w:pPr>
      <w:r>
        <w:rPr>
          <w:color w:val="555555"/>
          <w:sz w:val="20"/>
        </w:rPr>
        <w:t>A. event.target   B. event.currentTarget   C. event.srcElement   D. event.path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解析：event.target表示触发事件的原始元素（目标元素）；event.currentTarget表示当前绑定事件的元素；event.srcElement是IE的旧属性，与target类似但非标准；event.path是事件传播路径，但不是目标元素属性。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下列选项中，document对象自身的节点类型为( )</w:t>
      </w:r>
    </w:p>
    <w:p>
      <w:pPr>
        <w:ind w:left="283"/>
      </w:pPr>
      <w:r>
        <w:rPr>
          <w:color w:val="555555"/>
          <w:sz w:val="20"/>
        </w:rPr>
        <w:t>A. ELEMENT_NODE   B. ATTRIBUTE_NODE   C. DOCUMENT_NODE   D. COMMENT_NODE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解析：document对象自身的节点类型为DOCUMENT_NODE。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下列选项中，根元素对应的标签是( )</w:t>
      </w:r>
    </w:p>
    <w:p>
      <w:pPr>
        <w:ind w:left="283"/>
      </w:pPr>
      <w:r>
        <w:rPr>
          <w:color w:val="555555"/>
          <w:sz w:val="20"/>
        </w:rPr>
        <w:t>A. &lt;body&gt;   B. &lt;head&gt;   C. &lt;html&gt;   D. &lt;title&gt;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解析：根元素在网页中对应的标签是标签，它有两个子元素，这两个子元素分别对应标签和标签。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下面选项中，用于获取文档中所有div元素的语句是( )</w:t>
      </w:r>
    </w:p>
    <w:p>
      <w:pPr>
        <w:ind w:left="283"/>
      </w:pPr>
      <w:r>
        <w:rPr>
          <w:color w:val="555555"/>
          <w:sz w:val="20"/>
        </w:rPr>
        <w:t>A. document.querySelector('div')   B. document.querySelectorAll('div')   C. document.getElementsByName('div')   D. document.getElementById('div')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解析：querySelector()方法返回指定CSS选择器的第一个元素对象。 document.getElementsByName()方法用于根据name属性获取元素，题目并未说明div元素的name值到底是多少。 document.getElementById()方法用于根据id属性获取元素。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以下代码中，能正确获取id为'box'的元素的是？</w:t>
      </w:r>
    </w:p>
    <w:p>
      <w:pPr>
        <w:ind w:left="283"/>
      </w:pPr>
      <w:r>
        <w:rPr>
          <w:color w:val="555555"/>
          <w:sz w:val="20"/>
        </w:rPr>
        <w:t>A. document.getElementById('box')   B. document.querySelector('#box')   C. document.querySelectorAll('#box')   D. document.getElementByTagName('box')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解析：getElementById直接通过id获取单个元素，querySelector需使用CSS选择器语法，querySelectorAll返回匹配的所有元素集合，getElementByTagName通过标签名获取元素。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以下代码执行后，页面中会新增什么元素？ const div = document.createElement('div'); div.textContent = '新元素'; document.body.appendChild(div);</w:t>
      </w:r>
    </w:p>
    <w:p>
      <w:pPr>
        <w:ind w:left="283"/>
      </w:pPr>
      <w:r>
        <w:rPr>
          <w:color w:val="555555"/>
          <w:sz w:val="20"/>
        </w:rPr>
        <w:t>A. 一个p元素   B. 一个div元素，内容为'新元素'   C. 一个span元素   D. 没有新增元素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解析：createElement创建指定标签的元素，appendChild将元素添加到父元素末尾，textContent设置元素文本内容。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下列选项中，用于根据标签名获取第1个p元素的语句是( )</w:t>
      </w:r>
    </w:p>
    <w:p>
      <w:pPr>
        <w:ind w:left="283"/>
      </w:pPr>
      <w:r>
        <w:rPr>
          <w:color w:val="555555"/>
          <w:sz w:val="20"/>
        </w:rPr>
        <w:t>A. document.getElementsByClassName('p')   B. document.getElementsByTagName('p')   C. document.getElementsByTagName('p')[0]   D. document.getElementsByClassName('p')[0]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解析：getElementsByClassName()用于根据类名获取元素。 document.getElementsByTagName('p') 用于获取所有p元素。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下列选项中，用于获取元素属性值的方法是( )</w:t>
      </w:r>
    </w:p>
    <w:p>
      <w:pPr>
        <w:ind w:left="283"/>
      </w:pPr>
      <w:r>
        <w:rPr>
          <w:color w:val="555555"/>
          <w:sz w:val="20"/>
        </w:rPr>
        <w:t>A. removeAttribute()   B. setAttribute()   C. getAttribute()   D. getAttr()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解析：removeAttribute()用于移除元素的属性; setAttribute()用于设置元素的属性; getAttr()无此方法。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下面对removeChild()方法的描述错误的是( )</w:t>
      </w:r>
    </w:p>
    <w:p>
      <w:pPr>
        <w:ind w:left="283"/>
      </w:pPr>
      <w:r>
        <w:rPr>
          <w:color w:val="555555"/>
          <w:sz w:val="20"/>
        </w:rPr>
        <w:t>A. 删除的节点不存在时程序会报错   B. removeChild()方法的参数是待删除的节点   C. removeChild()方法的调用对象是待删除节点的父节点   D. 所有主流浏览器都支持removeChild()方法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解析：如果节点不存在则返回null。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下列选项中，用于根据name属性获取元素的方法是( )</w:t>
      </w:r>
    </w:p>
    <w:p>
      <w:pPr>
        <w:ind w:left="283"/>
      </w:pPr>
      <w:r>
        <w:rPr>
          <w:color w:val="555555"/>
          <w:sz w:val="20"/>
        </w:rPr>
        <w:t>A. getElementById()   B. getElementsByTagName()   C. getElementsByName()   D. getElementsByClassName()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解析：getElementById()用于根据id获取元素; getElementsByTagName()用于根据标签名获取元素; getElementsByClassName()用于根据类名获取元素。 多选题(共6道题)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以下哪个属性可以获取元素的可见宽度（包括内边距，不包括边框和滚动条）？</w:t>
      </w:r>
    </w:p>
    <w:p>
      <w:pPr>
        <w:ind w:left="283"/>
      </w:pPr>
      <w:r>
        <w:rPr>
          <w:color w:val="555555"/>
          <w:sz w:val="20"/>
        </w:rPr>
        <w:t>A. element.scrollWidth   B. element.clientWidth   C. element.offsetWidth   D. element.style.width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解析：clientWidth表示元素的可见宽度，包括内边距，不包括边框、滚动条和外边距；offsetWidth包括边框、内边距和滚动条；scrollWidth是元素内容的总宽度（包括溢出部分）；style.width是内联样式的宽度。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下列选项中，用于根据标签名获取元素的方法是( )</w:t>
      </w:r>
    </w:p>
    <w:p>
      <w:pPr>
        <w:ind w:left="283"/>
      </w:pPr>
      <w:r>
        <w:rPr>
          <w:color w:val="555555"/>
          <w:sz w:val="20"/>
        </w:rPr>
        <w:t>A. getElementById()   B. getElementsByTagName()   C. getElementsByName()   D. getElementsByClassName()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解析：getElementById()用于根据id获取元素; getElementsByName() 用于根据name属性获取元素; getElementsByClassName()用于根据类名获取元素。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阅读如下代码: var div = document.createElement('div'); console.log(div); 输出结果是( )</w:t>
      </w:r>
    </w:p>
    <w:p>
      <w:pPr>
        <w:ind w:left="283"/>
      </w:pPr>
      <w:r>
        <w:rPr>
          <w:color w:val="555555"/>
          <w:sz w:val="20"/>
        </w:rPr>
        <w:t>A. &lt;div&gt;   B. &lt;div&gt;&lt;/div&gt;   C. div   D. DIV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下列选项中，用于根据CSS选择器获取元素的方法有( )</w:t>
      </w:r>
    </w:p>
    <w:p>
      <w:pPr>
        <w:ind w:left="283"/>
      </w:pPr>
      <w:r>
        <w:rPr>
          <w:color w:val="555555"/>
          <w:sz w:val="20"/>
        </w:rPr>
        <w:t>A. querySelector()   B. getElementsByTagName()   C. querySelectorAll()   D. getElementsByClassName()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解析：无 判断题(共18道题)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下列选项中属于文本节点的有( )</w:t>
      </w:r>
    </w:p>
    <w:p>
      <w:pPr>
        <w:ind w:left="283"/>
      </w:pPr>
      <w:r>
        <w:rPr>
          <w:color w:val="555555"/>
          <w:sz w:val="20"/>
        </w:rPr>
        <w:t>A. 空格   B. 注释   C. 元素   D. 换行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AD</w:t>
      </w:r>
    </w:p>
    <w:p>
      <w:pPr>
        <w:ind w:left="283"/>
      </w:pPr>
      <w:r>
        <w:rPr>
          <w:color w:val="888888"/>
          <w:sz w:val="20"/>
        </w:rPr>
        <w:t>解析：注释属于注释节点COMMENT_NODE，元素属于元素节点ELEMENT_NODE。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以下关于innerHTML、innerText和textContent的说法正确的有哪些？</w:t>
      </w:r>
    </w:p>
    <w:p>
      <w:pPr>
        <w:ind w:left="283"/>
      </w:pPr>
      <w:r>
        <w:rPr>
          <w:color w:val="555555"/>
          <w:sz w:val="20"/>
        </w:rPr>
        <w:t>A. innerHTML会解析并渲染HTML内容，而innerText和textContent只会显示纯文本   B. innerText会受CSS样式影响（如隐藏元素的文本不会显示），而textContent不受影响   C. 修改innerHTML可能导致XSS攻击，因此在处理用户输入时应谨慎使用   D. textContent是W3C标准属性，而innerText是IE的非标准属性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解析：innerHTML解析HTML，存在XSS风险；innerText考虑CSS样式且非标准；textContent是标准属性，不考虑样式且显示所有文本内容；四个选项均正确。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classList属性支持的方法有？</w:t>
      </w:r>
    </w:p>
    <w:p>
      <w:pPr>
        <w:ind w:left="283"/>
      </w:pPr>
      <w:r>
        <w:rPr>
          <w:color w:val="555555"/>
          <w:sz w:val="20"/>
        </w:rPr>
        <w:t>A. add()   B. remove()   C. toggle()   D. contains()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解析：classList提供add（添加类）、remove（移除类）、toggle（切换类）、contains（判断类是否存在）等方法。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下列选项中，可以获取当前元素节点的兄弟节点的有( )</w:t>
      </w:r>
    </w:p>
    <w:p>
      <w:pPr>
        <w:ind w:left="283"/>
      </w:pPr>
      <w:r>
        <w:rPr>
          <w:color w:val="555555"/>
          <w:sz w:val="20"/>
        </w:rPr>
        <w:t>A. parentNode   B. nextSibling   C. previousSibling   D. childNodes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</w:t>
      </w:r>
    </w:p>
    <w:p>
      <w:pPr>
        <w:ind w:left="283"/>
      </w:pPr>
      <w:r>
        <w:rPr>
          <w:color w:val="888888"/>
          <w:sz w:val="20"/>
        </w:rPr>
        <w:t>解析：nextSibling 获取同一树层级中指定节点之后紧跟的节点。 previousSibling 获取同一树层级中指定节点的前一个节点。 parentNode 获取当前节点的父节点。 childNodes 获取当前节点的所有子节点的集合。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下列选项中，关于getElementsByTagName()方法说法正确的有( )</w:t>
      </w:r>
    </w:p>
    <w:p>
      <w:pPr>
        <w:ind w:left="283"/>
      </w:pPr>
      <w:r>
        <w:rPr>
          <w:color w:val="555555"/>
          <w:sz w:val="20"/>
        </w:rPr>
        <w:t>A. getElementsByTagName()方法用于根据标签名获取元素   B. getElementsByTagName()方法的返回值是一个集合   C. 假设页面中没有要获取的元素，通过getElementsByTagName()方法获取时，返回结果是null   D. 通过getElementsByTagName()方法获取到的集合是动态集合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解析：如果页面中没有要获取的元素，那么getElementsByTagName()方法将会返回一个空的集合。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document对象中的____属性用于获取HTML文档的html元素。</w:t>
      </w:r>
    </w:p>
    <w:p>
      <w:pPr>
        <w:spacing w:after="40"/>
        <w:ind w:left="283"/>
      </w:pPr>
      <w:r>
        <w:t>答案：documentElement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当使用parentNode属性获取当前节点的父节点时，如果该节点没有父节点，那么parentNode属性返回____。</w:t>
      </w:r>
    </w:p>
    <w:p>
      <w:pPr>
        <w:spacing w:after="40"/>
        <w:ind w:left="283"/>
      </w:pPr>
      <w:r>
        <w:t>答案：null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以下代码判断数组元素特性，请补全：&lt;br&gt;const numbers = [2, 4, 6, 8, 10];&lt;br&gt;// 判断是否存在奇数&lt;br&gt;const hasOdd = numbers.1(num =&gt; num % 2 !== 0);&lt;br&gt;// 判断是否所有元素都是偶数&lt;br&gt;const allEven = numbers.2(num =&gt; num % 2 === 0);&lt;br&gt;// 查找第一个大于5的元素&lt;br&gt;const firstOverFive = numbers.3(num =&gt; num &gt; 5);&lt;br&gt;// 判断数组是否包含数字8&lt;br&gt;const hasEight = numbers.4(8);&lt;br&gt;代码执行后，hasOdd的值为1，allEven的值为2，firstOverFive的值为3，hasEight的值为4。</w:t>
      </w:r>
    </w:p>
    <w:p>
      <w:pPr>
        <w:spacing w:after="40"/>
        <w:ind w:left="283"/>
      </w:pPr>
      <w:r>
        <w:t>答案：(1) some；(2) every；(3) find；(4) includes；(5) false；(6) true；(7) 6；(8) true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getElementsByName()方法的返回值是一个____。</w:t>
      </w:r>
    </w:p>
    <w:p>
      <w:pPr>
        <w:spacing w:after="40"/>
        <w:ind w:left="283"/>
      </w:pPr>
      <w:r>
        <w:t>答案：集合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client系列的相关属性中，____属性用来获取元素左边框的大小。</w:t>
      </w:r>
    </w:p>
    <w:p>
      <w:pPr>
        <w:spacing w:after="40"/>
        <w:ind w:left="283"/>
      </w:pPr>
      <w:r>
        <w:t>答案：clientLeft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____属性用于设置或获取元素开始和结束标签之间的HTML内容。</w:t>
      </w:r>
    </w:p>
    <w:p>
      <w:pPr>
        <w:spacing w:after="40"/>
        <w:ind w:left="283"/>
      </w:pPr>
      <w:r>
        <w:t>答案：innerHTML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获取页面中id为"box"的元素可以使用document.getElementById("box")，也可以使用document.querySelector("#box")；若要获取所有class为"item"的元素集合，则需要使用document.______方法，该方法返回的是一个______（填数据类型）。</w:t>
      </w:r>
    </w:p>
    <w:p>
      <w:pPr>
        <w:spacing w:after="40"/>
        <w:ind w:left="283"/>
      </w:pPr>
      <w:r>
        <w:t>答案：(1) querySelectorAll；(2) NodeList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在JavaScript中，要为元素添加类名"active"，可以使用element.className = "active"，也可以使用element.classList.______方法；若要获取元素的自定义数据属性data-id的值，则可以通过element.______来访问。</w:t>
      </w:r>
    </w:p>
    <w:p>
      <w:pPr>
        <w:spacing w:after="40"/>
        <w:ind w:left="283"/>
      </w:pPr>
      <w:r>
        <w:t>答案：(1) add；(2) dataset.id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通过document对象的____方法可以动态创建元素节点。</w:t>
      </w:r>
    </w:p>
    <w:p>
      <w:pPr>
        <w:spacing w:after="40"/>
        <w:ind w:left="283"/>
      </w:pPr>
      <w:r>
        <w:t>答案：createElement()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document对象提供的____方法用于根据类名获取元素。</w:t>
      </w:r>
    </w:p>
    <w:p>
      <w:pPr>
        <w:spacing w:after="40"/>
        <w:ind w:left="283"/>
      </w:pPr>
      <w:r>
        <w:t>答案：getElementsByClassName()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修改元素的innerText会触发DOM重绘，而修改textContent不会。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解析：无论是innerText还是textContent，修改元素的文本内容都会触发DOM重绘，因为两者都会改变元素的显示内容。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操作className属性时，需要先将元素对象的样式写在CSS中，然后通过操作className属性从而操作元素的样式。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document对象的documentElement属性用于获取HTML文档中的body元素。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解析：document对象的documentElement属性用于获取文档的html元素。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getElementById()方法的返回值是一个元素对象。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offset系列在获取元素的位置和大小时，返回的是数值，没有单位。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getElementsByTagName()方法的返回值是单个元素对象。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解析：因为具有相同标签名的元素可能有多个，所以getElementsByTagName()方法返回的结果不是单个元素对象，而是一个集合。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querySelector()方法和 querySelectorAll()方法的返回值都是集合。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解析：querySelector()方法返回指定CSS选择器的第一个元素对象，querySelectorAll()方法返回指定CSS选择器的所有元素对象集合。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appendChild()方法表示将一个节点添加到父节点的所有子节点的末尾。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classList对象的length属性用于获取类名的数量。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在JavaScript中，可以使用parentNode属性来获得离当前元素最近的一个父节点。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在DOM中，注释属于文本节点。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解析：注释属于注释节点COMMENT_NODE。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indexOf()方法在查找数组元素索引时，不比较元素的数据类型是否一致。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解析：indexOf()方法查找元素索引时，只有要查找的元素值与数组元素值全等时才查找成功。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使用textContent属性时需要注意浏览器兼容问题。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removeChild()方法在删除不存在的节点时返回null。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请简述childNodes属性与children属性的区别。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hildNodes属性与children属性虽然都可以获取某元素的子元素，但是两者之间有一定的区别。前者用于节点操作，返回值是NodeList对象的集合，后者用于元素操作，返回的是HTMLCollection对象的集合。因此，childNodes属性在获取子元素时还会包括空格、换行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请简述innerHTML属性和innerText属性的区别。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innerText属性与innerHTML属性的使用方式相同，这两个属性都可以设置或获取元素开始和结束标签之间的内容，不同的是，innerHTML属性获取的元素内容包含HTML标签，而innerText属性获取的元素内容不包含HTML标签。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请简述innerText属性和textContent属性的区别。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textContent属性和innerText属性都可以用来设置或获取元素的文本内容，并且返回的时候会去除HTML标签，但是textContent属性还可以设置和获取占位隐藏元素的文本内容。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简述如何获取兄弟元素节点。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如果想要获得兄弟元素节点，则可以使用nextElementSibling属性返回当前元素的下一个兄弟元素节点，使用previousElementSibling属性返回当前元素的上一个兄弟元素节点。如果找不到则返回null。要注意的是，这两个属性有兼容性问题，IE 9以下不支持。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事件处理</w:t>
      </w:r>
    </w:p>
    <w:p>
      <w:r>
        <w:rPr>
          <w:color w:val="999999"/>
          <w:sz w:val="20"/>
        </w:rPr>
        <w:t>共 36 题</w:t>
      </w:r>
    </w:p>
    <w:p>
      <w:pPr>
        <w:pStyle w:val="Heading2"/>
      </w:pPr>
      <w:r>
        <w:t>核心要点</w:t>
      </w:r>
    </w:p>
    <w:p>
      <w:r>
        <w:t>事件是用户与页面交互的机制：点击、鼠标移动、键盘输入都会触发事件。</w:t>
      </w:r>
    </w:p>
    <w:p>
      <w:pPr>
        <w:spacing w:after="40"/>
      </w:pPr>
      <w:r>
        <w:rPr>
          <w:b/>
          <w:sz w:val="22"/>
        </w:rPr>
        <w:t>事件属性注册：</w:t>
      </w:r>
      <w:r>
        <w:rPr>
          <w:sz w:val="22"/>
        </w:rPr>
        <w:t>element.onclick = function(){} — 简单但会被覆盖（后赋值的覆盖先赋值的），只能绑一个处理函数</w:t>
      </w:r>
    </w:p>
    <w:p>
      <w:pPr>
        <w:spacing w:after="40"/>
      </w:pPr>
      <w:r>
        <w:rPr>
          <w:b/>
          <w:sz w:val="22"/>
        </w:rPr>
        <w:t>事件监听注册：</w:t>
      </w:r>
      <w:r>
        <w:rPr>
          <w:sz w:val="22"/>
        </w:rPr>
        <w:t>element.addEventListener("click", fn, false) — 可绑多个，不会被覆盖。第三个参数false(默认)表示冒泡阶段触发，true表示捕获阶段触发</w:t>
      </w:r>
    </w:p>
    <w:p>
      <w:pPr>
        <w:spacing w:after="40"/>
      </w:pPr>
      <w:r>
        <w:rPr>
          <w:b/>
          <w:sz w:val="22"/>
        </w:rPr>
        <w:t>removeEventListener不能移除匿名函数：</w:t>
      </w:r>
      <w:r>
        <w:rPr>
          <w:sz w:val="22"/>
        </w:rPr>
        <w:t>绑定时用匿名函数则无法移除，因为无法引用同一个函数。需要用有名字的函数</w:t>
      </w:r>
    </w:p>
    <w:p>
      <w:pPr>
        <w:spacing w:after="40"/>
      </w:pPr>
      <w:r>
        <w:rPr>
          <w:b/>
          <w:sz w:val="22"/>
        </w:rPr>
        <w:t>事件冒泡：</w:t>
      </w:r>
      <w:r>
        <w:rPr>
          <w:sz w:val="22"/>
        </w:rPr>
        <w:t>事件从最具体的元素（目标）开始触发，然后向上传递给父级元素（子→父）</w:t>
      </w:r>
    </w:p>
    <w:p>
      <w:pPr>
        <w:spacing w:after="40"/>
      </w:pPr>
      <w:r>
        <w:rPr>
          <w:b/>
          <w:sz w:val="22"/>
        </w:rPr>
        <w:t>事件捕获：</w:t>
      </w:r>
      <w:r>
        <w:rPr>
          <w:sz w:val="22"/>
        </w:rPr>
        <w:t>事件从最外层元素开始，向下传递到目标元素（父→子）</w:t>
      </w:r>
    </w:p>
    <w:p>
      <w:pPr>
        <w:spacing w:after="40"/>
      </w:pPr>
      <w:r>
        <w:rPr>
          <w:b/>
          <w:sz w:val="22"/>
        </w:rPr>
        <w:t>阻止事件冒泡：</w:t>
      </w:r>
      <w:r>
        <w:rPr>
          <w:sz w:val="22"/>
        </w:rPr>
        <w:t>event.stopPropagation() — 标准浏览器；event.cancelBubble = true — 兼容IE</w:t>
      </w:r>
    </w:p>
    <w:p>
      <w:pPr>
        <w:spacing w:after="40"/>
      </w:pPr>
      <w:r>
        <w:rPr>
          <w:b/>
          <w:sz w:val="22"/>
        </w:rPr>
        <w:t>阻止默认行为：</w:t>
      </w:r>
      <w:r>
        <w:rPr>
          <w:sz w:val="22"/>
        </w:rPr>
        <w:t>event.preventDefault() — 标准浏览器；event.returnValue = false — 兼容IE</w:t>
      </w:r>
    </w:p>
    <w:p>
      <w:pPr>
        <w:spacing w:after="40"/>
      </w:pPr>
      <w:r>
        <w:rPr>
          <w:b/>
          <w:sz w:val="22"/>
        </w:rPr>
        <w:t>事件委托：</w:t>
      </w:r>
      <w:r>
        <w:rPr>
          <w:sz w:val="22"/>
        </w:rPr>
        <w:t>把事件绑定在父元素上，利用事件冒泡机制，通过target判断触发子元素。节省内存，动态元素也能响应</w:t>
      </w:r>
    </w:p>
    <w:p>
      <w:pPr>
        <w:spacing w:after="40"/>
      </w:pPr>
      <w:r>
        <w:rPr>
          <w:b/>
          <w:sz w:val="22"/>
        </w:rPr>
        <w:t>事件对象获取：</w:t>
      </w:r>
      <w:r>
        <w:rPr>
          <w:sz w:val="22"/>
        </w:rPr>
        <w:t>标准浏览器：事件处理函数的第一个参数；IE低版本：window.event</w:t>
      </w:r>
    </w:p>
    <w:p>
      <w:r>
        <w:rPr>
          <w:b/>
          <w:color w:val="CC0000"/>
          <w:sz w:val="22"/>
        </w:rPr>
        <w:t>addEventListener比onclick好！阻止冒泡用stopPropagation()，阻止默认用preventDefault()。事件对象获取：标准用参数，IE用window.event。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以下关于事件监听的描述，正确的是？</w:t>
      </w:r>
    </w:p>
    <w:p>
      <w:pPr>
        <w:ind w:left="283"/>
      </w:pPr>
      <w:r>
        <w:rPr>
          <w:color w:val="555555"/>
          <w:sz w:val="20"/>
        </w:rPr>
        <w:t>A. addEventListener可以添加多个相同类型的事件处理函数   B. removeEventListener可以移除匿名函数   C. onclick只能添加一个事件处理函数   D. 事件监听的第三个参数默认是true（捕获阶段）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解析：addEventListener支持同一事件类型添加多个处理函数，removeEventListener无法移除匿名函数，onclick可被覆盖，第三个参数默认false（冒泡阶段）。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下列选项中，可侦测用户在某元素内连续移动鼠标指针行为的事件是( )</w:t>
      </w:r>
    </w:p>
    <w:p>
      <w:pPr>
        <w:ind w:left="283"/>
      </w:pPr>
      <w:r>
        <w:rPr>
          <w:color w:val="555555"/>
          <w:sz w:val="20"/>
        </w:rPr>
        <w:t>A. mouseover   B. mouseout   C. mouseup   D. mousemove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解析：mouseup 当释放任意鼠标按键时触发。 mousemove 在元素内当鼠标指针移动时持续触发。 mouseover 当鼠标指针进入时触发。 mouseout 当鼠标指针移出时触发。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在处理表单提交事件时，若希望阻止表单的默认提交行为（如页面刷新），应调用事件对象的哪个方法？</w:t>
      </w:r>
    </w:p>
    <w:p>
      <w:pPr>
        <w:ind w:left="283"/>
      </w:pPr>
      <w:r>
        <w:rPr>
          <w:color w:val="555555"/>
          <w:sz w:val="20"/>
        </w:rPr>
        <w:t>A. stopPropagation()   B. preventDefault()   C. stopImmediatePropagation()   D. cancelBubble()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解析：preventDefault()用于阻止事件的默认行为（如表单提交、链接跳转）；stopPropagation()用于阻止事件冒泡；stopImmediatePropagation()同时阻止冒泡和后续同元素的事件处理；cancelBubble是IE的旧属性，用于阻止冒泡。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下列选项中，可以阻止事件冒泡行为的方法是( )</w:t>
      </w:r>
    </w:p>
    <w:p>
      <w:pPr>
        <w:ind w:left="283"/>
      </w:pPr>
      <w:r>
        <w:rPr>
          <w:color w:val="555555"/>
          <w:sz w:val="20"/>
        </w:rPr>
        <w:t>A. stopPropagation()   B. cancelBubble()   C. preventDefault()   D. cancelableFalse()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下列选项中，在网页中双击鼠标会触发的事件是( )</w:t>
      </w:r>
    </w:p>
    <w:p>
      <w:pPr>
        <w:ind w:left="283"/>
      </w:pPr>
      <w:r>
        <w:rPr>
          <w:color w:val="555555"/>
          <w:sz w:val="20"/>
        </w:rPr>
        <w:t>A. click   B. dblclick   C. dbclick   D. clicks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解析：click 当按下并释放任意鼠标按键时触发。 dblclick 当鼠标双击时触发。 C和D的选项写法是错误的。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下列选项中，当表单提交时触发的事件是( )</w:t>
      </w:r>
    </w:p>
    <w:p>
      <w:pPr>
        <w:ind w:left="283"/>
      </w:pPr>
      <w:r>
        <w:rPr>
          <w:color w:val="555555"/>
          <w:sz w:val="20"/>
        </w:rPr>
        <w:t>A. submit   B. blur   C. focus   D. keyup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事件冒泡阶段，调用event.stopPropagation()的作用是？</w:t>
      </w:r>
    </w:p>
    <w:p>
      <w:pPr>
        <w:ind w:left="283"/>
      </w:pPr>
      <w:r>
        <w:rPr>
          <w:color w:val="555555"/>
          <w:sz w:val="20"/>
        </w:rPr>
        <w:t>A. 阻止事件在捕获阶段传播   B. 阻止事件向父元素传播   C. 阻止事件的默认行为   D. 阻止事件在目标元素上触发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解析：stopPropagation()阻止事件冒泡（向父元素传播），preventDefault()阻止默认行为，stopImmediatePropagation()阻止后续处理函数及冒泡。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下列选项中，当页面加载完毕后会触发的事件是( )</w:t>
      </w:r>
    </w:p>
    <w:p>
      <w:pPr>
        <w:ind w:left="283"/>
      </w:pPr>
      <w:r>
        <w:rPr>
          <w:color w:val="555555"/>
          <w:sz w:val="20"/>
        </w:rPr>
        <w:t>A. unload   B. loader   C. loading   D. load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下列选项中，当页面卸载时会触发的事件是( )</w:t>
      </w:r>
    </w:p>
    <w:p>
      <w:pPr>
        <w:ind w:left="283"/>
      </w:pPr>
      <w:r>
        <w:rPr>
          <w:color w:val="555555"/>
          <w:sz w:val="20"/>
        </w:rPr>
        <w:t>A. unload   B. load   C. loading   D. loader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下列选项中，事件从目标节点自上而下向document节点传播的阶段是( )</w:t>
      </w:r>
    </w:p>
    <w:p>
      <w:pPr>
        <w:ind w:left="283"/>
      </w:pPr>
      <w:r>
        <w:rPr>
          <w:color w:val="555555"/>
          <w:sz w:val="20"/>
        </w:rPr>
        <w:t>A. 事件冒泡阶段   B. 事件捕获阶段   C. 事件冒泡和事件捕获阶段   D. 事件目标阶段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解析：事件冒泡阶段是事件从目标节点自上而下向document节点传播的阶段。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事件委托的核心原理是利用事件的什么特性？</w:t>
      </w:r>
    </w:p>
    <w:p>
      <w:pPr>
        <w:ind w:left="283"/>
      </w:pPr>
      <w:r>
        <w:rPr>
          <w:color w:val="555555"/>
          <w:sz w:val="20"/>
        </w:rPr>
        <w:t>A. 捕获阶段   B. 冒泡阶段   C. 目标阶段   D. 默认行为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解析：事件委托通过将事件监听绑定到父元素，利用事件冒泡特性处理子元素事件，减少事件监听数量，提高性能。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事件委托的主要优势包括哪些？</w:t>
      </w:r>
    </w:p>
    <w:p>
      <w:pPr>
        <w:ind w:left="283"/>
      </w:pPr>
      <w:r>
        <w:rPr>
          <w:color w:val="555555"/>
          <w:sz w:val="20"/>
        </w:rPr>
        <w:t>A. 减少事件监听器的数量，提升性能   B. 支持动态添加的子元素，无需重新绑定事件   C. 可以在捕获阶段处理事件，提升响应速度   D. 简化事件管理，统一处理同类元素的事件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解析：事件委托的优势是减少事件注册、支持动态元素、简化管理；其原理是利用冒泡阶段，而非捕获阶段，因此C错误。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事件对象中可以获取鼠标位置的属性有？</w:t>
      </w:r>
    </w:p>
    <w:p>
      <w:pPr>
        <w:ind w:left="283"/>
      </w:pPr>
      <w:r>
        <w:rPr>
          <w:color w:val="555555"/>
          <w:sz w:val="20"/>
        </w:rPr>
        <w:t>A. clientX   B. clientY   C. pageX   D. screenX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解析：clientX/Y相对于视口，pageX/Y相对于文档，screenX/Y相对于屏幕，均可获取鼠标位置。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以下关于addEventListener的说法正确的有哪些？</w:t>
      </w:r>
    </w:p>
    <w:p>
      <w:pPr>
        <w:ind w:left="283"/>
      </w:pPr>
      <w:r>
        <w:rPr>
          <w:color w:val="555555"/>
          <w:sz w:val="20"/>
        </w:rPr>
        <w:t>A. 可以为同一个元素的同一个事件类型添加多个不同的处理函数   B. 处理函数中的this指向触发事件的元素   C. 第三个参数useCapture默认为true，表示在捕获阶段触发事件   D. 可以通过addEventListener添加匿名函数作为处理函数，且后续可以通过removeEventListener移除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解析：addEventListener允许同一事件类型添加多个处理函数；处理函数this指向当前元素；useCapture默认是false（冒泡阶段）；匿名函数无法被removeEventListener移除，因此CD错误。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下列选项中，可以实现阻止默认行为的有( )</w:t>
      </w:r>
    </w:p>
    <w:p>
      <w:pPr>
        <w:ind w:left="283"/>
      </w:pPr>
      <w:r>
        <w:rPr>
          <w:color w:val="555555"/>
          <w:sz w:val="20"/>
        </w:rPr>
        <w:t>A. e.returnValue = false   B. cancelable   C. 事件对象的preventDefault()方法   D. 事件对象的cancelableFalse()方法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使用addEventListener添加事件监听器时，若需要移除该监听器，必须保证移除时使用的事件类型、处理函数和______参数与添加时完全一致。例如，若添加时使用addEventListener("click", handleClick, true)，则移除时应使用removeEventListener("click", handleClick, ______)。</w:t>
      </w:r>
    </w:p>
    <w:p>
      <w:pPr>
        <w:spacing w:after="40"/>
        <w:ind w:left="283"/>
      </w:pPr>
      <w:r>
        <w:t>答案：(1) 捕获/useCapture；(2) true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注册事件的方式分为在____中注册和在JavaScript中注册。</w:t>
      </w:r>
    </w:p>
    <w:p>
      <w:pPr>
        <w:spacing w:after="40"/>
        <w:ind w:left="283"/>
      </w:pPr>
      <w:r>
        <w:t>答案：标签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事件委托的核心原理是利用事件______机制，将子元素的事件处理委托给______元素。其主要优势包括减少事件注册数量、动态添加子元素无需重新绑定事件等。</w:t>
      </w:r>
    </w:p>
    <w:p>
      <w:pPr>
        <w:spacing w:after="40"/>
        <w:ind w:left="283"/>
      </w:pPr>
      <w:r>
        <w:t>答案：(1) 冒泡；(2) 父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事件流分为三个阶段，依次是______阶段、目标阶段和______阶段。在默认情况下，addEventListener注册的事件处理函数会在______阶段触发（填"捕获"或"冒泡"）。</w:t>
      </w:r>
    </w:p>
    <w:p>
      <w:pPr>
        <w:spacing w:after="40"/>
        <w:ind w:left="283"/>
      </w:pPr>
      <w:r>
        <w:t>答案：(1) 捕获；(2) 冒泡；(3) 冒泡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事件对象的____方法可以阻止事件冒泡行为。</w:t>
      </w:r>
    </w:p>
    <w:p>
      <w:pPr>
        <w:spacing w:after="40"/>
        <w:ind w:left="283"/>
      </w:pPr>
      <w:r>
        <w:t>答案：stopPropagation()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事件在发生事件的目标节点与DOM树根节点之间按照特定的顺序传播的过程称为____。</w:t>
      </w:r>
    </w:p>
    <w:p>
      <w:pPr>
        <w:spacing w:after="40"/>
        <w:ind w:left="283"/>
      </w:pPr>
      <w:r>
        <w:t>答案：事件流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DOM对象在新版浏览器中调用____方法可以移除DOM对象的事件监听。</w:t>
      </w:r>
    </w:p>
    <w:p>
      <w:pPr>
        <w:spacing w:after="40"/>
        <w:ind w:left="283"/>
      </w:pPr>
      <w:r>
        <w:t>答案：removeEventListener()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事件委托只能用于处理click事件，无法处理其他类型的事件。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解析：事件委托适用于所有支持冒泡的事件类型，如click、mouseover、keydown等，并非仅局限于click事件。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事件对象的type属性可以获取发生事件的类型。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注册事件又称为绑定事件，通过事件属性可以为操作的元素对象注册事件。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新版浏览器通过事件对象的target属性可以获取触发事件的对象。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W3C规定事件流的传播方式为:先事件冒泡然后事件捕获，最后事件处理。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W3C规定了事件发生后，首先实现事件捕获，但不会对事件进行处理;然后进行到目标阶段，执行当前元素对象的事件处理程序，但它会被看成是冒泡阶段的一部分;最后实现事件的冒泡，逐级对事件进行处理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事件在目标阶段时，捕获和冒泡阶段的处理函数都会被触发。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解析：当事件到达目标元素时，无论注册在捕获还是冒泡阶段的处理函数都会被执行，这是事件流的目标阶段特性。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通过事件监听的方式添加的多个事件处理函数具有触发顺序，并且不同浏览器的触发顺序不同。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调用event.preventDefault()可以同时阻止事件的默认行为和冒泡。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解析：preventDefault仅阻止默认行为，stopPropagation仅阻止冒泡，两者功能独立，需要分别调用才能同时生效。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JavaScript中焦点事件都不会发生事件冒泡，如focus和blur。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当注册多个事件处理函数时，可以使用window.addEventListener()方法。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简述新版浏览器和早期版本的IE浏览器获取事件对象的方式。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在新版浏览器中，通过事件处理函数的参数即可获得事件对象;在早期版本的IE浏览器中，只能通过window对象获取事件对象。 具体方式如下。 对象.事件属性 = function (event) {}; // 新版浏览器 var 事件对象 = window.event; // 早期版本IE浏览器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简述事件委托的原理。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事件委托(或称为事件代理)，其原理是将子节点对应的事件注册给父节点，然后利用事件冒泡的原理影响到每个子节点。当子节点触发事件时，会执行注册在父节点上的事件。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简述如何通过代码阻止事件冒泡，需要考虑浏览器兼容性。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根据window.event判断当前浏览器类型，然后用不同的方式实现阻止事件冒泡，具体代码如下。 if (window.event) { window.event.cancelBubble = true; // 早期版本IE浏览器 } else { e.stopPropagation(); // 新版浏览器(e是事件对象) }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简述事件属性注册事件和事件监听注册事件的区别。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通过事件属性的方式注册事件时，一个事件类型只能注册一个事件处理函数。通过事件监听可以给一个事件类型注册多个事件处理函数。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BOM与浏览器对象</w:t>
      </w:r>
    </w:p>
    <w:p>
      <w:r>
        <w:rPr>
          <w:color w:val="999999"/>
          <w:sz w:val="20"/>
        </w:rPr>
        <w:t>共 92 题</w:t>
      </w:r>
    </w:p>
    <w:p>
      <w:pPr>
        <w:pStyle w:val="Heading2"/>
      </w:pPr>
      <w:r>
        <w:t>核心要点</w:t>
      </w:r>
    </w:p>
    <w:p>
      <w:r>
        <w:t>BOM（浏览器对象模型）处理浏览器窗口和页面导航。</w:t>
      </w:r>
    </w:p>
    <w:p>
      <w:pPr>
        <w:spacing w:after="40"/>
      </w:pPr>
      <w:r>
        <w:rPr>
          <w:b/>
          <w:sz w:val="22"/>
        </w:rPr>
        <w:t>window对象：</w:t>
      </w:r>
      <w:r>
        <w:rPr>
          <w:sz w:val="22"/>
        </w:rPr>
        <w:t>全局对象，所有全局变量和全局函数都是它的属性/方法</w:t>
      </w:r>
    </w:p>
    <w:p>
      <w:pPr>
        <w:spacing w:after="40"/>
      </w:pPr>
      <w:r>
        <w:rPr>
          <w:b/>
          <w:sz w:val="22"/>
        </w:rPr>
        <w:t>location对象：</w:t>
      </w:r>
      <w:r>
        <w:rPr>
          <w:sz w:val="22"/>
        </w:rPr>
        <w:t>管理URL。location.href获取或设置当前URL；location.reload()刷新；location.host获取主机名</w:t>
      </w:r>
    </w:p>
    <w:p>
      <w:pPr>
        <w:spacing w:after="40"/>
      </w:pPr>
      <w:r>
        <w:rPr>
          <w:b/>
          <w:sz w:val="22"/>
        </w:rPr>
        <w:t>navigator对象：</w:t>
      </w:r>
      <w:r>
        <w:rPr>
          <w:sz w:val="22"/>
        </w:rPr>
        <w:t>浏览器信息。navigator.userAgent获取浏览器标识</w:t>
      </w:r>
    </w:p>
    <w:p>
      <w:pPr>
        <w:spacing w:after="40"/>
      </w:pPr>
      <w:r>
        <w:rPr>
          <w:b/>
          <w:sz w:val="22"/>
        </w:rPr>
        <w:t>history对象：</w:t>
      </w:r>
      <w:r>
        <w:rPr>
          <w:sz w:val="22"/>
        </w:rPr>
        <w:t>浏览历史。back()后退一页；forward()前进一页；go(n)前进/后退n页</w:t>
      </w:r>
    </w:p>
    <w:p>
      <w:pPr>
        <w:spacing w:after="40"/>
      </w:pPr>
      <w:r>
        <w:rPr>
          <w:b/>
          <w:sz w:val="22"/>
        </w:rPr>
        <w:t>setTimeout(fn, ms)：</w:t>
      </w:r>
      <w:r>
        <w:rPr>
          <w:sz w:val="22"/>
        </w:rPr>
        <w:t>延迟ms毫秒后执行fn一次。返回定时器ID</w:t>
      </w:r>
    </w:p>
    <w:p>
      <w:pPr>
        <w:spacing w:after="40"/>
      </w:pPr>
      <w:r>
        <w:rPr>
          <w:b/>
          <w:sz w:val="22"/>
        </w:rPr>
        <w:t>setInterval(fn, ms)：</w:t>
      </w:r>
      <w:r>
        <w:rPr>
          <w:sz w:val="22"/>
        </w:rPr>
        <w:t>每隔ms毫秒重复执行fn。返回定时器ID</w:t>
      </w:r>
    </w:p>
    <w:p>
      <w:pPr>
        <w:spacing w:after="40"/>
      </w:pPr>
      <w:r>
        <w:rPr>
          <w:b/>
          <w:sz w:val="22"/>
        </w:rPr>
        <w:t>clearTimeout(id) / clearInterval(id)：</w:t>
      </w:r>
      <w:r>
        <w:rPr>
          <w:sz w:val="22"/>
        </w:rPr>
        <w:t>清除对应的定时器</w:t>
      </w:r>
    </w:p>
    <w:p>
      <w:pPr>
        <w:spacing w:after="40"/>
      </w:pPr>
      <w:r>
        <w:rPr>
          <w:b/>
          <w:sz w:val="22"/>
        </w:rPr>
        <w:t>alert() / confirm() / prompt()：</w:t>
      </w:r>
      <w:r>
        <w:rPr>
          <w:sz w:val="22"/>
        </w:rPr>
        <w:t>弹窗：alert提示信息；confirm确认框（返回true/false）；prompt输入框（返回输入内容）</w:t>
      </w:r>
    </w:p>
    <w:p>
      <w:pPr>
        <w:spacing w:after="40"/>
      </w:pPr>
      <w:r>
        <w:rPr>
          <w:b/>
          <w:sz w:val="22"/>
        </w:rPr>
        <w:t>onload事件：</w:t>
      </w:r>
      <w:r>
        <w:rPr>
          <w:sz w:val="22"/>
        </w:rPr>
        <w:t>window.onload = function(){} — 页面所有资源加载完成后执行</w:t>
      </w:r>
    </w:p>
    <w:p>
      <w:r>
        <w:rPr>
          <w:b/>
          <w:color w:val="CC0000"/>
          <w:sz w:val="22"/>
        </w:rPr>
        <w:t>setTimeout只执行一次，setInterval重复执行！定时器ID用来清除定时器。window.onload等页面全部加载完才执行。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以下代码执行后，变量i的值是？ ```javascript let i; for (i = 0; i &lt; 5; i++) { // 空循环体 } console.log(i); ```</w:t>
      </w:r>
    </w:p>
    <w:p>
      <w:pPr>
        <w:ind w:left="283"/>
      </w:pPr>
      <w:r>
        <w:rPr>
          <w:color w:val="555555"/>
          <w:sz w:val="20"/>
        </w:rPr>
        <w:t>A. 4   B. 5   C. 0   D. undefined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解析：for循环的执行流程为：初始化i=0 → 判断i&lt;5（成立）→ 执行循环体 → i++ → 重复判断。当i=4时，执行循环体后i变为5，此时判断i&lt;5不成立，循环终止，因此最终i的值为5。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var arr = [1, 2, 3]; for (var value of arr) { console.log(value); }</w:t>
      </w:r>
    </w:p>
    <w:p>
      <w:pPr>
        <w:ind w:left="283"/>
      </w:pPr>
      <w:r>
        <w:rPr>
          <w:color w:val="555555"/>
          <w:sz w:val="20"/>
        </w:rPr>
        <w:t>A. 0 1 2   B. 1 2 3   C. undefined undefined undefined   D. 报错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解析：for...of遍历数组的元素值，因此依次输出数组arr的元素1、2、3。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下列选项中，属于以下代码执行结果的是( )var obj = { a: 10 }; var obj1 = obj; obj.a++; console.log(obj1.a);</w:t>
      </w:r>
    </w:p>
    <w:p>
      <w:pPr>
        <w:ind w:left="283"/>
      </w:pPr>
      <w:r>
        <w:rPr>
          <w:color w:val="555555"/>
          <w:sz w:val="20"/>
        </w:rPr>
        <w:t>A. 11   B. 10   C. undefined   D. 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解析：变量obj和变量obj1属于引用类型，引用了同一个对象，因此执行obj.a++，obj1.a的值也会改变。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在JavaScript中，以下哪个方法用于创建一个只执行一次的定时器？</w:t>
      </w:r>
    </w:p>
    <w:p>
      <w:pPr>
        <w:ind w:left="283"/>
      </w:pPr>
      <w:r>
        <w:rPr>
          <w:color w:val="555555"/>
          <w:sz w:val="20"/>
        </w:rPr>
        <w:t>A. setInterval()   B. setTimeout()   C. requestAnimationFrame()   D. clearInterval()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解析：setTimeout()用于延迟执行一次函数；setInterval()用于重复执行函数；requestAnimationFrame()用于动画帧，非定时器；clearInterval()用于清除setInterval创建的定时器。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以下哪个方法可以实现页面的重新加载？</w:t>
      </w:r>
    </w:p>
    <w:p>
      <w:pPr>
        <w:ind w:left="283"/>
      </w:pPr>
      <w:r>
        <w:rPr>
          <w:color w:val="555555"/>
          <w:sz w:val="20"/>
        </w:rPr>
        <w:t>A. location.href = "newpage.html"   B. location.reload()   C. location.replace("newpage.html")   D. location.assign("newpage.html")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解析：location.reload()用于重新加载当前页面；location.href和assign用于跳转页面并添加历史记录；location.replace用于跳转页面但不添加历史记录。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以下代码中，this指向的是？ const obj = { name: 'Alice', sayHi: function() { console.log(this.name); } }; const func = obj.sayHi; func();</w:t>
      </w:r>
    </w:p>
    <w:p>
      <w:pPr>
        <w:ind w:left="283"/>
      </w:pPr>
      <w:r>
        <w:rPr>
          <w:color w:val="555555"/>
          <w:sz w:val="20"/>
        </w:rPr>
        <w:t>A. obj对象   B. window对象   C. func函数   D. undefined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解析：this的指向由调用方式决定，此处func作为全局函数调用，this指向window（非严格模式）。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var obj = {a: 1, b: 2}; for (var key in obj) { console.log(key); }</w:t>
      </w:r>
    </w:p>
    <w:p>
      <w:pPr>
        <w:ind w:left="283"/>
      </w:pPr>
      <w:r>
        <w:rPr>
          <w:color w:val="555555"/>
          <w:sz w:val="20"/>
        </w:rPr>
        <w:t>A. 1 2   B. a b   C. undefined   D. 报错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解析：for...in遍历对象的属性名，因此依次输出obj的属性名'a'和'b'。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下列选项中，可以获取URL中的参数的是( )</w:t>
      </w:r>
    </w:p>
    <w:p>
      <w:pPr>
        <w:ind w:left="283"/>
      </w:pPr>
      <w:r>
        <w:rPr>
          <w:color w:val="555555"/>
          <w:sz w:val="20"/>
        </w:rPr>
        <w:t>A. location.href   B. location.search   C. location.host   D. location.port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解析：可以利用location对象提供的search属性返回URL中的参数。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```javascript for (let i = 0; i &lt; 5; i++) { if (i === 2) { break; } console.log(i); } ```</w:t>
      </w:r>
    </w:p>
    <w:p>
      <w:pPr>
        <w:ind w:left="283"/>
      </w:pPr>
      <w:r>
        <w:rPr>
          <w:color w:val="555555"/>
          <w:sz w:val="20"/>
        </w:rPr>
        <w:t>A. 0 1   B. 0 1 2   C. 0 1 3 4   D. 无输出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解析：当i=0时，输出0；i=1时，输出1；i=2时，执行break语句终止整个for循环，因此仅输出0和1。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 &lt;a href="javascript:alert('Hello');"&gt;test&lt;/a&gt; 引入JavaScript代码的方式是( )</w:t>
      </w:r>
    </w:p>
    <w:p>
      <w:pPr>
        <w:ind w:left="283"/>
      </w:pPr>
      <w:r>
        <w:rPr>
          <w:color w:val="555555"/>
          <w:sz w:val="20"/>
        </w:rPr>
        <w:t>A. 内嵌式   B. 外部式   C. 行内式   D. 连接式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解析：行内式是将JavaScript代码作为HTML标签的属性值使用。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下列选项中，可以对用户在浏览器中访问过的历史记录进行操作的对象是( )</w:t>
      </w:r>
    </w:p>
    <w:p>
      <w:pPr>
        <w:ind w:left="283"/>
      </w:pPr>
      <w:r>
        <w:rPr>
          <w:color w:val="555555"/>
          <w:sz w:val="20"/>
        </w:rPr>
        <w:t>A. history对象   B. window对象   C. navigator对象   D. location对象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解析：history对象可以对用户在浏览器中访问过的历史记录进行操作。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以下代码执行后，控制台输出的次数是？ ```javascript let count = 0; while (count &lt; 3) { console.log(count); count++; } ```</w:t>
      </w:r>
    </w:p>
    <w:p>
      <w:pPr>
        <w:ind w:left="283"/>
      </w:pPr>
      <w:r>
        <w:rPr>
          <w:color w:val="555555"/>
          <w:sz w:val="20"/>
        </w:rPr>
        <w:t>A. 0次   B. 1次   C. 3次   D. 无限次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解析：初始count=0，满足count&lt;3，输出0并count变为1；再次满足条件，输出1并count变为2；再次满足条件，输出2并count变为3；此时count&lt;3不成立，循环终止，共输出3次。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下列选项中，关于history对象描述错误的是( )</w:t>
      </w:r>
    </w:p>
    <w:p>
      <w:pPr>
        <w:ind w:left="283"/>
      </w:pPr>
      <w:r>
        <w:rPr>
          <w:color w:val="555555"/>
          <w:sz w:val="20"/>
        </w:rPr>
        <w:t>A. length属性返回历史列表中的网址数   B. go(-1)方法刷新页面   C. forward()方法加载history列表中的下一个URL   D. back()方法加载history列表中的前一个URL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解析：go()的参数值是0或省略时，刷新页面。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以下代码的输出结果是？ const name = 'Bob'; const age = 20; console.log(`My name is {age} years old.`);</w:t>
      </w:r>
    </w:p>
    <w:p>
      <w:pPr>
        <w:ind w:left="283"/>
      </w:pPr>
      <w:r>
        <w:rPr>
          <w:color w:val="555555"/>
          <w:sz w:val="20"/>
        </w:rPr>
        <w:t>A. My name is Bob, and I'm 20 years old.   B. My name is {age} years old.   C. My name is Bob, and I'm age years old.   D. My name is name, and I'm 20 years old.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解析：模板字符串使用反引号包裹，通过${}插入变量或表达式，自动解析变量值。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下列选项中，关于location的常用属性说法错误的是( )</w:t>
      </w:r>
    </w:p>
    <w:p>
      <w:pPr>
        <w:ind w:left="283"/>
      </w:pPr>
      <w:r>
        <w:rPr>
          <w:color w:val="555555"/>
          <w:sz w:val="20"/>
        </w:rPr>
        <w:t>A. search属性获取或设置当前URL的查询字符串   B. href属性获取当前URL   C. pathname属性获取当前URL中的主机名   D. port属性获取当前URL中的端口号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解析：pathname属性获取当前URL中的路径名。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下列选项中，属于以下代码执行结果的是( ) var a = 10; var b = a; a++; console.log(b);</w:t>
      </w:r>
    </w:p>
    <w:p>
      <w:pPr>
        <w:ind w:left="283"/>
      </w:pPr>
      <w:r>
        <w:rPr>
          <w:color w:val="555555"/>
          <w:sz w:val="20"/>
        </w:rPr>
        <w:t>A. 11   B. 10   C. a   D. 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解析：变量a和变量b属于值类型，因此执行a++，不会影响到变量b。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执行以下代码后，控制台的输出结果是( )var a = 10; function sum() { a += 10; } sum(); console.log(a);</w:t>
      </w:r>
    </w:p>
    <w:p>
      <w:pPr>
        <w:ind w:left="283"/>
      </w:pPr>
      <w:r>
        <w:rPr>
          <w:color w:val="555555"/>
          <w:sz w:val="20"/>
        </w:rPr>
        <w:t>A. 10   B. 20   C. 30   D. 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解析：函数外声明的变量a为全局变量，sum()函数内的变量a也是全局变量。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```javascript let score = 85; if (score &gt;= 90) { console.log('优秀'); } else if (score &gt;= 80) { console.log('良好'); } else if (score &gt;= 70) { console.log('中等'); } else { console.log('不及格'); } ```</w:t>
      </w:r>
    </w:p>
    <w:p>
      <w:pPr>
        <w:ind w:left="283"/>
      </w:pPr>
      <w:r>
        <w:rPr>
          <w:color w:val="555555"/>
          <w:sz w:val="20"/>
        </w:rPr>
        <w:t>A. 优秀   B. 良好   C. 中等   D. 不及格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解析：score为85，满足score &gt;= 80的条件，因此执行对应的console.log('良好')语句，后续else if和else不再执行。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执行代码“var arr = []; console.log(arr.shift());”，控制台的输出结果为( )</w:t>
      </w:r>
    </w:p>
    <w:p>
      <w:pPr>
        <w:ind w:left="283"/>
      </w:pPr>
      <w:r>
        <w:rPr>
          <w:color w:val="555555"/>
          <w:sz w:val="20"/>
        </w:rPr>
        <w:t>A. null   B. []   C. undefined   D. 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解析：shift()方法用于删除数组的第一个元素，会修改原数组，若是空数组则返回undefined。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下列选项中，用于通过控制台查看结果的语句是( )</w:t>
      </w:r>
    </w:p>
    <w:p>
      <w:pPr>
        <w:ind w:left="283"/>
      </w:pPr>
      <w:r>
        <w:rPr>
          <w:color w:val="555555"/>
          <w:sz w:val="20"/>
        </w:rPr>
        <w:t>A. console.log()   B. prompt()   C. alert()   D. document.write()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```javascript let day = 3; switch (day) { case 1: console.log('周一'); case 2: console.log('周二'); case 3: console.log('周三'); break; case 4: console.log('周四'); default: console.log('周末'); } ```</w:t>
      </w:r>
    </w:p>
    <w:p>
      <w:pPr>
        <w:ind w:left="283"/>
      </w:pPr>
      <w:r>
        <w:rPr>
          <w:color w:val="555555"/>
          <w:sz w:val="20"/>
        </w:rPr>
        <w:t>A. 周一 周二 周三   B. 周三   C. 周三 周四 周末   D. 周一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解析：switch语句中，day的值为3，匹配case 3，执行console.log('周三')后遇到break，终止switch语句，因此仅输出'周三'。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下列选项中，属于输入语句的是( )</w:t>
      </w:r>
    </w:p>
    <w:p>
      <w:pPr>
        <w:ind w:left="283"/>
      </w:pPr>
      <w:r>
        <w:rPr>
          <w:color w:val="555555"/>
          <w:sz w:val="20"/>
        </w:rPr>
        <w:t>A. console.log()   B. prompt()   C. alert()   D. document.write()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解析：无 多选题(共5道题)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var score = 85; if (score &gt;= 90) { console.log('优秀'); } else if (score &gt;= 80) { console.log('良好'); } else if (score &gt;= 60) { console.log('及格'); } else { console.log('不及格'); }</w:t>
      </w:r>
    </w:p>
    <w:p>
      <w:pPr>
        <w:ind w:left="283"/>
      </w:pPr>
      <w:r>
        <w:rPr>
          <w:color w:val="555555"/>
          <w:sz w:val="20"/>
        </w:rPr>
        <w:t>A. 优秀   B. 良好   C. 及格   D. 不及格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解析：score的值为85，满足else if (score &gt;= 80)的条件，因此输出'良好'。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下列选项中，可以获取屏幕的宽度和高度的对象是( )</w:t>
      </w:r>
    </w:p>
    <w:p>
      <w:pPr>
        <w:ind w:left="283"/>
      </w:pPr>
      <w:r>
        <w:rPr>
          <w:color w:val="555555"/>
          <w:sz w:val="20"/>
        </w:rPr>
        <w:t>A. screen   B. history   C. navigator   D. location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下列选项中，表示浏览器对象模型的是( )</w:t>
      </w:r>
    </w:p>
    <w:p>
      <w:pPr>
        <w:ind w:left="283"/>
      </w:pPr>
      <w:r>
        <w:rPr>
          <w:color w:val="555555"/>
          <w:sz w:val="20"/>
        </w:rPr>
        <w:t>A. DOM   B. BOM   C. document   D. window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下列选项中，对于JavaScript的组成部分BOM描述错误的是( )</w:t>
      </w:r>
    </w:p>
    <w:p>
      <w:pPr>
        <w:ind w:left="283"/>
      </w:pPr>
      <w:r>
        <w:rPr>
          <w:color w:val="555555"/>
          <w:sz w:val="20"/>
        </w:rPr>
        <w:t>A. 用于刷新页面   B. 用于弹出警告框   C. 用于处理页面样式   D. 用于控制页面跳转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for (var i = 0; i &lt; 5; i++) { if (i === 2) break; console.log(i); }</w:t>
      </w:r>
    </w:p>
    <w:p>
      <w:pPr>
        <w:ind w:left="283"/>
      </w:pPr>
      <w:r>
        <w:rPr>
          <w:color w:val="555555"/>
          <w:sz w:val="20"/>
        </w:rPr>
        <w:t>A. 0 1   B. 0 1 2   C. 0 1 3 4   D. 0 1 2 3 4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解析：当i等于2时，break语句终止循环，因此仅输出0和1。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下列选项中，可以实现警告框的是( )</w:t>
      </w:r>
    </w:p>
    <w:p>
      <w:pPr>
        <w:ind w:left="283"/>
      </w:pPr>
      <w:r>
        <w:rPr>
          <w:color w:val="555555"/>
          <w:sz w:val="20"/>
        </w:rPr>
        <w:t>A. alert()   B. prompt()   C. document.write()   D. console.log()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解析：prompt()用户输入框。 document.write()在文档中输出。 console.log()在控制台输出。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下列选项中，表示全局对象的是( )</w:t>
      </w:r>
    </w:p>
    <w:p>
      <w:pPr>
        <w:ind w:left="283"/>
      </w:pPr>
      <w:r>
        <w:rPr>
          <w:color w:val="555555"/>
          <w:sz w:val="20"/>
        </w:rPr>
        <w:t>A. DOM   B. BOM   C. window   D. element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下列选项中，用于获取浏览器相关信息的对象是( )</w:t>
      </w:r>
    </w:p>
    <w:p>
      <w:pPr>
        <w:ind w:left="283"/>
      </w:pPr>
      <w:r>
        <w:rPr>
          <w:color w:val="555555"/>
          <w:sz w:val="20"/>
        </w:rPr>
        <w:t>A. window对象   B. history对象   C. navigator对象   D. location对象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下面关于console.log('Hello')的说法正确的是( )</w:t>
      </w:r>
    </w:p>
    <w:p>
      <w:pPr>
        <w:ind w:left="283"/>
      </w:pPr>
      <w:r>
        <w:rPr>
          <w:color w:val="555555"/>
          <w:sz w:val="20"/>
        </w:rPr>
        <w:t>A. 可以在警告框内输出Hello   B. 可以在网页中输入Hello   C. 可以在控制台输出Hello   D. 以上说法都错误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以下代码的输出结果是？ const arr = [1, 2, 3, 4]; const sum = arr.reduce((acc, cur) =&gt; acc + cur, 0); console.log(sum);</w:t>
      </w:r>
    </w:p>
    <w:p>
      <w:pPr>
        <w:ind w:left="283"/>
      </w:pPr>
      <w:r>
        <w:rPr>
          <w:color w:val="555555"/>
          <w:sz w:val="20"/>
        </w:rPr>
        <w:t>A. 10   B. 24   C. 0   D. NaN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解析：reduce方法对数组元素累加，初始值为0，结果为1+2+3+4=10。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下列选项中，属于以下代码执行结果的是( )var obj = { a: 10 }; var obj1 = obj; obj = { age: 15 }; console.log(obj1.a);</w:t>
      </w:r>
    </w:p>
    <w:p>
      <w:pPr>
        <w:ind w:left="283"/>
      </w:pPr>
      <w:r>
        <w:rPr>
          <w:color w:val="555555"/>
          <w:sz w:val="20"/>
        </w:rPr>
        <w:t>A. 15   B. 10   C. undefined   D. 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解析：当两个变量引用了同一个对象后，如果给其中一个变量重新赋值为其他对象，或者重新赋值为其他值，则该变量将不再引用原来的对象，但另一个变量仍然引用原来的对象。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下列选项中，使用setInterval()函数表示间隔1秒重复执行某段代码，那么需要将第2个参数设置为( )</w:t>
      </w:r>
    </w:p>
    <w:p>
      <w:pPr>
        <w:ind w:left="283"/>
      </w:pPr>
      <w:r>
        <w:rPr>
          <w:color w:val="555555"/>
          <w:sz w:val="20"/>
        </w:rPr>
        <w:t>A. 1   B. 10   C. 100   D. 1000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解析：setInterval()函数的第2个参数是毫秒，1000毫秒 = 1秒。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以下代码执行后，控制台输出的结果是？ var i = 3; do { console.log(i); i--; } while (i &gt; 0);</w:t>
      </w:r>
    </w:p>
    <w:p>
      <w:pPr>
        <w:ind w:left="283"/>
      </w:pPr>
      <w:r>
        <w:rPr>
          <w:color w:val="555555"/>
          <w:sz w:val="20"/>
        </w:rPr>
        <w:t>A. 3 2 1   B. 3 2   C. 2 1   D. 3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解析：do...while循环先执行循环体再判断条件。初始i=3，执行循环体输出3，i变为2；继续执行输出2，i变为1；继续执行输出1，i变为0，此时条件i&gt;0不成立，循环终止。因此输出3 2 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下列选项中，属于navigator对象属性的有( )</w:t>
      </w:r>
    </w:p>
    <w:p>
      <w:pPr>
        <w:ind w:left="283"/>
      </w:pPr>
      <w:r>
        <w:rPr>
          <w:color w:val="555555"/>
          <w:sz w:val="20"/>
        </w:rPr>
        <w:t>A. appCodeName   B. appName   C. appVersion   D. cookieEnabled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下列选项中，属于URL构成部分的有( )</w:t>
      </w:r>
    </w:p>
    <w:p>
      <w:pPr>
        <w:ind w:left="283"/>
      </w:pPr>
      <w:r>
        <w:rPr>
          <w:color w:val="555555"/>
          <w:sz w:val="20"/>
        </w:rPr>
        <w:t>A. 网络协议   B. 资源名称字符串   C. 端口号   D. 服务器的主机名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下列选项中，属于清除定时器方法的有( )</w:t>
      </w:r>
    </w:p>
    <w:p>
      <w:pPr>
        <w:ind w:left="283"/>
      </w:pPr>
      <w:r>
        <w:rPr>
          <w:color w:val="555555"/>
          <w:sz w:val="20"/>
        </w:rPr>
        <w:t>A. setInterval()   B. clearInterval()   C. setTimeout()   D. clearTimeout()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BD</w:t>
      </w:r>
    </w:p>
    <w:p>
      <w:pPr>
        <w:ind w:left="283"/>
      </w:pPr>
      <w:r>
        <w:rPr>
          <w:color w:val="888888"/>
          <w:sz w:val="20"/>
        </w:rPr>
        <w:t>解析：setInterval()和setTimeout()表示设置定时器。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下列选项中，属于window对象属性的有( )</w:t>
      </w:r>
    </w:p>
    <w:p>
      <w:pPr>
        <w:ind w:left="283"/>
      </w:pPr>
      <w:r>
        <w:rPr>
          <w:color w:val="555555"/>
          <w:sz w:val="20"/>
        </w:rPr>
        <w:t>A. document   B. history   C. location   D. screen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解析：window对象是BOM的顶层(核心)对象，其他的对象都是以属性的方式添加到window对象下，也可以称为window的子对象。包括document、history、location、navigator和screen对象。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下列选项中，关于history对象的go()方法描述正确的有( )</w:t>
      </w:r>
    </w:p>
    <w:p>
      <w:pPr>
        <w:ind w:left="283"/>
      </w:pPr>
      <w:r>
        <w:rPr>
          <w:color w:val="555555"/>
          <w:sz w:val="20"/>
        </w:rPr>
        <w:t>A. 当参数值是一个负整数时，表示“后退”指定的页数   B. 当参数值是一个正整数时，表示“前进”指定的页数   C. 当参数值是0时，表示刷新   D. 当参数值省略时，表示刷新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以下哪些是JavaScript中的定时器函数？</w:t>
      </w:r>
    </w:p>
    <w:p>
      <w:pPr>
        <w:ind w:left="283"/>
      </w:pPr>
      <w:r>
        <w:rPr>
          <w:color w:val="555555"/>
          <w:sz w:val="20"/>
        </w:rPr>
        <w:t>A. setTimeout()   B. setInterval()   C. clearTimeout()   D. clearInterval()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解析：setTimeout()延迟执行一次，setInterval()周期性执行，clearTimeout/clearInterval用于清除定时器。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以下关于location和history对象的说法正确的有哪些？</w:t>
      </w:r>
    </w:p>
    <w:p>
      <w:pPr>
        <w:ind w:left="283"/>
      </w:pPr>
      <w:r>
        <w:rPr>
          <w:color w:val="555555"/>
          <w:sz w:val="20"/>
        </w:rPr>
        <w:t>A. location.href可以获取或设置当前页面的URL   B. history.back()用于返回上一页，相当于点击浏览器的返回按钮   C. location.replace("url")会在历史记录中添加新条目   D. history.pushState()可以在不刷新页面的情况下修改历史记录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解析：location.replace会替换当前历史记录条目，不会添加新条目，因此C错误；其他选项均正确：location.href操作URL，history.back返回上一页，pushState修改历史记录不刷新。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下列选项中，关于location的常用方法说法正确的有( )</w:t>
      </w:r>
    </w:p>
    <w:p>
      <w:pPr>
        <w:ind w:left="283"/>
      </w:pPr>
      <w:r>
        <w:rPr>
          <w:color w:val="555555"/>
          <w:sz w:val="20"/>
        </w:rPr>
        <w:t>A. assign(url)用于触发窗口加载并显示指定URL的内容   B. reload()用于刷新当前页面   C. search()用于载入一个新的文档   D. replace(url)用于通过给定的URL替换当前的资源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解析：location对象没有search()方法，有search属性。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以下场景中，this 指向全局对象的有（ ）</w:t>
      </w:r>
    </w:p>
    <w:p>
      <w:pPr>
        <w:ind w:left="283"/>
      </w:pPr>
      <w:r>
        <w:rPr>
          <w:color w:val="555555"/>
          <w:sz w:val="20"/>
        </w:rPr>
        <w:t>A. 全局作用域中直接调用函数   B. 对象的方法被赋值给变量后调用   C. 使用 call 方法将 this 绑定到全局对象   D. 箭头函数中的 this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解析：全局作用域中直接调用函数，this 指向全局对象；对象的方法被赋值给变量后调用，此时方法中的 this 指向全局对象；使用 call 方法可以手动绑定 this 到全局对象；箭头函数的 this 指向其外层词法作用域的 this，不一定是全局对象。因此正确选项为 ABC。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下列选项中，可控制浏览器实现“前进”功能的有( )</w:t>
      </w:r>
    </w:p>
    <w:p>
      <w:pPr>
        <w:ind w:left="283"/>
      </w:pPr>
      <w:r>
        <w:rPr>
          <w:color w:val="555555"/>
          <w:sz w:val="20"/>
        </w:rPr>
        <w:t>A. history.back()   B. history.forward()   C. history.go(1)   D. history.go(-1)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</w:t>
      </w:r>
    </w:p>
    <w:p>
      <w:pPr>
        <w:ind w:left="283"/>
      </w:pPr>
      <w:r>
        <w:rPr>
          <w:color w:val="888888"/>
          <w:sz w:val="20"/>
        </w:rPr>
        <w:t>解析：back()用于加载history列表中的前一个URL。 forward()用于加载history列表中的下一个URL。 go()用于加载history列表中的某个具体页面。 当go()方法的参数为1或-1时，与forward()和back()方法的作用相同。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Chrome浏览器使用的渲染引擎是____。</w:t>
      </w:r>
    </w:p>
    <w:p>
      <w:pPr>
        <w:spacing w:after="40"/>
        <w:ind w:left="283"/>
      </w:pPr>
      <w:r>
        <w:t>答案：Blink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history对象的____属性可获取历史列表中的URL数量。</w:t>
      </w:r>
    </w:p>
    <w:p>
      <w:pPr>
        <w:spacing w:after="40"/>
        <w:ind w:left="283"/>
      </w:pPr>
      <w:r>
        <w:t>答案：length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Chrome浏览器使用的JavaScript引擎是____。</w:t>
      </w:r>
    </w:p>
    <w:p>
      <w:pPr>
        <w:spacing w:after="40"/>
        <w:ind w:left="283"/>
      </w:pPr>
      <w:r>
        <w:t>答案：V8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在Web开发中，若需存储用户的登录状态且希望关闭浏览器后仍保留该状态，应使用 1 ；若仅需在当前会话期间临时存储表单数据，应使用 2 。</w:t>
      </w:r>
    </w:p>
    <w:p>
      <w:pPr>
        <w:spacing w:after="40"/>
        <w:ind w:left="283"/>
      </w:pPr>
      <w:r>
        <w:t>答案：(1) localStorage；(2) sessionStorage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window对象提供的____方法会在指定的时间后，自动重复执行代码。</w:t>
      </w:r>
    </w:p>
    <w:p>
      <w:pPr>
        <w:spacing w:after="40"/>
        <w:ind w:left="283"/>
      </w:pPr>
      <w:r>
        <w:t>答案：setInterval()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在URL中多个参数之间使用____符号进行分割。</w:t>
      </w:r>
    </w:p>
    <w:p>
      <w:pPr>
        <w:spacing w:after="40"/>
        <w:ind w:left="283"/>
      </w:pPr>
      <w:r>
        <w:t>答案：&amp;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Chrome浏览器中，____属性获取当前节点的所有子节点集合时包括空格和换行。</w:t>
      </w:r>
    </w:p>
    <w:p>
      <w:pPr>
        <w:spacing w:after="40"/>
        <w:ind w:left="283"/>
      </w:pPr>
      <w:r>
        <w:t>答案：childNodes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BOM是由____提供的一系列对象。</w:t>
      </w:r>
    </w:p>
    <w:p>
      <w:pPr>
        <w:spacing w:after="40"/>
        <w:ind w:left="283"/>
      </w:pPr>
      <w:r>
        <w:t>答案：浏览器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执行代码“var str = 'HelloWorld'; console.log(str.lastIndexOf('o'));”，控制台会输出____。</w:t>
      </w:r>
    </w:p>
    <w:p>
      <w:pPr>
        <w:spacing w:after="40"/>
        <w:ind w:left="283"/>
      </w:pPr>
      <w:r>
        <w:t>答案：6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IE 8浏览器中，可使用____属性取消&lt;a&gt;元素的默认行为。</w:t>
      </w:r>
    </w:p>
    <w:p>
      <w:pPr>
        <w:spacing w:after="40"/>
        <w:ind w:left="283"/>
      </w:pPr>
      <w:r>
        <w:t>答案：returnValue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浏览器分为两部分，分别是渲染引擎和____引擎。</w:t>
      </w:r>
    </w:p>
    <w:p>
      <w:pPr>
        <w:spacing w:after="40"/>
        <w:ind w:left="283"/>
      </w:pPr>
      <w:r>
        <w:t>答案：JavaScript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screen对象的____属性可以获取浏览器窗口在屏幕上可占用的水平空间。</w:t>
      </w:r>
    </w:p>
    <w:p>
      <w:pPr>
        <w:spacing w:after="40"/>
        <w:ind w:left="283"/>
      </w:pPr>
      <w:r>
        <w:t>答案：availWidth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ECMA-262标准文件规定了浏览器脚本语言的标准，并将其称为____。</w:t>
      </w:r>
    </w:p>
    <w:p>
      <w:pPr>
        <w:spacing w:after="40"/>
        <w:ind w:left="283"/>
      </w:pPr>
      <w:r>
        <w:t>答案：ECMAScript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代码console.log(typeof null);的输出结果是____。</w:t>
      </w:r>
    </w:p>
    <w:p>
      <w:pPr>
        <w:spacing w:after="40"/>
        <w:ind w:left="283"/>
      </w:pPr>
      <w:r>
        <w:t>答案：object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若要取消定时器，只需将____传递给clearTimeout____方法即可。</w:t>
      </w:r>
    </w:p>
    <w:p>
      <w:pPr>
        <w:spacing w:after="40"/>
        <w:ind w:left="283"/>
      </w:pPr>
      <w:r>
        <w:t>答案：定时器ID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____结构用于根据条件来决定是否重复执行某一段代码。</w:t>
      </w:r>
    </w:p>
    <w:p>
      <w:pPr>
        <w:spacing w:after="40"/>
        <w:ind w:left="283"/>
      </w:pPr>
      <w:r>
        <w:t>答案：循环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执行代码“console.log(Array.isArray([]));”后，控制台输出____。</w:t>
      </w:r>
    </w:p>
    <w:p>
      <w:pPr>
        <w:spacing w:after="40"/>
        <w:ind w:left="283"/>
      </w:pPr>
      <w:r>
        <w:t>答案：true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执行代码“var arr = ['red','blue', 'pink']; console.log(arr.indexOf('black'));”，控制台的输出结果为____。</w:t>
      </w:r>
    </w:p>
    <w:p>
      <w:pPr>
        <w:spacing w:after="40"/>
        <w:ind w:left="283"/>
      </w:pPr>
      <w:r>
        <w:t>答案：-1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在BOM中，所有对象的父对象是____。</w:t>
      </w:r>
    </w:p>
    <w:p>
      <w:pPr>
        <w:spacing w:after="40"/>
        <w:ind w:left="283"/>
      </w:pPr>
      <w:r>
        <w:t>答案：window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执行代码“console.log('HelloWorld'.substring(1, 3));”，控制台会输出____。</w:t>
      </w:r>
    </w:p>
    <w:p>
      <w:pPr>
        <w:spacing w:after="40"/>
        <w:ind w:left="283"/>
      </w:pPr>
      <w:r>
        <w:t>答案：el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浏览器内核分成两部分:____和JavaScript引擎。</w:t>
      </w:r>
    </w:p>
    <w:p>
      <w:pPr>
        <w:spacing w:after="40"/>
        <w:ind w:left="283"/>
      </w:pPr>
      <w:r>
        <w:t>答案：渲染引擎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表达式alert('220' + '230')的运行结果为"____"。</w:t>
      </w:r>
    </w:p>
    <w:p>
      <w:pPr>
        <w:spacing w:after="40"/>
        <w:ind w:left="283"/>
      </w:pPr>
      <w:r>
        <w:t>答案：220230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 ES6 中，使用 let 声明的变量存在暂时性死区，在变量声明语句之前访问该变量会抛出错误。例如：`console.log(a); let a = 1;` 这段代码会抛出 ReferenceError，这是因为 let 声明的变量在声明前处于______状态。</w:t>
      </w:r>
    </w:p>
    <w:p>
      <w:pPr>
        <w:spacing w:after="40"/>
        <w:ind w:left="283"/>
      </w:pPr>
      <w:r>
        <w:t>答案：暂时性死区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BOM的核心对象是____对象。</w:t>
      </w:r>
    </w:p>
    <w:p>
      <w:pPr>
        <w:spacing w:after="40"/>
        <w:ind w:left="283"/>
      </w:pPr>
      <w:r>
        <w:t>答案：window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使用console.log()输出数组时，会按照数组索引从小到大的顺序输出。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全局变量可以通过window对象进行访问。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alert('test')与Alert('test')都表示以警告框的形式弹出test提示信息。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解析：JavaScript严格区分大小写，在编写代码时一定注意大小写的正确性。alert改为ALert，则警告框将无法弹出。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使用history对象的 go()方法可以实现页面前进或后退。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location对象用于获取有关浏览器的信息。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解析：navigator对象用于获取有关浏览器的信息。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一些旧版本浏览器(如IE 6~8)不支持getElementsByClassName()方法。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URL中的端口号可以省略，省略时默认使用8080端口进行访问。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解析：由于80是Web服务器的默认端口号，因此通常省略“:80”。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BOM是文档对象模型，把文档当作一个对象来看待，它的顶级对象是document。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解析：BOM是浏览器对象模型，DOM是文档对象模型。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setInterval()方法都会在指定的时间后，自动重复执行代码。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clearInterval()用来清除由setTimeout()设置的定时器。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解析：clearInterval()用于清除由setInterval()设置的定时器。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以下代码会进入无限循环： ```javascript let x = 5; do { console.log(x); } while (x &gt; 0); ```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解析：代码中x初始为5，循环体中未修改x的值，因此x始终大于0，while条件永远成立，导致无限循环。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setTimeout()方法的第2个参数表示等待的时间，单位是秒。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解析：setTimeout()方法的第1个参数表示完成第2个参数设置的等待时间后，需要执行的代码，也可以是一个函数(如fn())，第2个参数的时间单位是毫秒。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定义在全局作用域中的变量、函数都会变成window对象的属性和方法。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screen.availHeight可以获取浏览器窗口在屏幕上可占用的水平空间。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解析：screen.availHeight可以获取浏览器窗口在屏幕上可占用的垂直空间。screen.availWidth可以获取浏览器窗口在屏幕上可占用的水平空间。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setTimeout()只执行一次代码。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在控制台中可以用“Alt+鼠标滚轮”放大或缩小。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解析：在控制台中可以用“Ctrl+鼠标滚轮”放大或缩小。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通过“element.dataset.属性名 = '属性值'”设置data-*属性，存在浏览器兼容问题。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location对象既是window对象的属性，又是document对象的属性。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所有浏览器都支持location对象提供的更改URL的方法。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解析：location对象提供的用于改变URL的方法，所有主流的浏览器都支持。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screen对象的width属性获取的结果是数字型，单位为像素。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window的属性有很多，如location和document。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简述什么是JavaScript引擎。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JavaScript引擎是JavaScript语言的解释器，用于读取网页中的JavaScript代码并执行。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简述BOM基本概念。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浏览器对象模型(Brower Object Model，BOM)是浏览器提供的用于JavaScript与浏览器窗口进行交互的一系列对象。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存储与缓存</w:t>
      </w:r>
    </w:p>
    <w:p>
      <w:r>
        <w:rPr>
          <w:color w:val="999999"/>
          <w:sz w:val="20"/>
        </w:rPr>
        <w:t>共 8 题</w:t>
      </w:r>
    </w:p>
    <w:p>
      <w:pPr>
        <w:pStyle w:val="Heading2"/>
      </w:pPr>
      <w:r>
        <w:t>核心要点</w:t>
      </w:r>
    </w:p>
    <w:p>
      <w:r>
        <w:t>HTML5提供了Web Storage API，让浏览器本地存储数据。</w:t>
      </w:r>
    </w:p>
    <w:p>
      <w:pPr>
        <w:spacing w:after="40"/>
      </w:pPr>
      <w:r>
        <w:rPr>
          <w:b/>
          <w:sz w:val="22"/>
        </w:rPr>
        <w:t>localStorage：</w:t>
      </w:r>
      <w:r>
        <w:rPr>
          <w:sz w:val="22"/>
        </w:rPr>
        <w:t>持久化存储——浏览器关闭后数据仍然存在，需要手动删除或代码删除</w:t>
      </w:r>
    </w:p>
    <w:p>
      <w:pPr>
        <w:spacing w:after="40"/>
      </w:pPr>
      <w:r>
        <w:rPr>
          <w:b/>
          <w:sz w:val="22"/>
        </w:rPr>
        <w:t>sessionStorage：</w:t>
      </w:r>
      <w:r>
        <w:rPr>
          <w:sz w:val="22"/>
        </w:rPr>
        <w:t>会话级存储——关闭浏览器标签页或窗口后数据自动清除</w:t>
      </w:r>
    </w:p>
    <w:p>
      <w:pPr>
        <w:spacing w:after="40"/>
      </w:pPr>
      <w:r>
        <w:rPr>
          <w:b/>
          <w:sz w:val="22"/>
        </w:rPr>
        <w:t>共同方法：</w:t>
      </w:r>
      <w:r>
        <w:rPr>
          <w:sz w:val="22"/>
        </w:rPr>
        <w:t>setItem(key, value)存储、getItem(key)读取、removeItem(key)移除、clear()清空所有</w:t>
      </w:r>
    </w:p>
    <w:p>
      <w:pPr>
        <w:spacing w:after="40"/>
      </w:pPr>
      <w:r>
        <w:rPr>
          <w:b/>
          <w:sz w:val="22"/>
        </w:rPr>
        <w:t>存储限制：</w:t>
      </w:r>
      <w:r>
        <w:rPr>
          <w:sz w:val="22"/>
        </w:rPr>
        <w:t>一般5MB左右。localStorage和sessionStorage只能存字符串，存对象需要JSON.stringify()转成JSON字符串</w:t>
      </w:r>
    </w:p>
    <w:p>
      <w:pPr>
        <w:spacing w:after="40"/>
      </w:pPr>
      <w:r>
        <w:rPr>
          <w:b/>
          <w:sz w:val="22"/>
        </w:rPr>
        <w:t>cookie：</w:t>
      </w:r>
      <w:r>
        <w:rPr>
          <w:sz w:val="22"/>
        </w:rPr>
        <w:t>早期存储方式，每次请求自动发送到服务器，容量只有4KB</w:t>
      </w:r>
    </w:p>
    <w:p>
      <w:r>
        <w:rPr>
          <w:b/>
          <w:color w:val="CC0000"/>
          <w:sz w:val="22"/>
        </w:rPr>
        <w:t>localStorage持久化、sessionStorage会话级。存对象前要JSON.stringify()转字符串，取出后JSON.parse()转回对象。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下列关于Web Storage的说法，错误的是（）</w:t>
      </w:r>
    </w:p>
    <w:p>
      <w:pPr>
        <w:ind w:left="283"/>
      </w:pPr>
      <w:r>
        <w:rPr>
          <w:color w:val="555555"/>
          <w:sz w:val="20"/>
        </w:rPr>
        <w:t>A. localStorage和sessionStorage均遵循同源策略   B. sessionStorage的数据在页面刷新后会丢失   C. 两者均只能存储字符串类型的数据   D. 可通过JSON.stringify()和JSON.parse()实现对象的存储与读取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解析：sessionStorage的数据在页面刷新后不会丢失，仅在会话结束（如关闭标签页）时删除，故B错误。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以下关于localStorage和sessionStorage的描述，错误的是？</w:t>
      </w:r>
    </w:p>
    <w:p>
      <w:pPr>
        <w:ind w:left="283"/>
      </w:pPr>
      <w:r>
        <w:rPr>
          <w:color w:val="555555"/>
          <w:sz w:val="20"/>
        </w:rPr>
        <w:t>A. localStorage数据持久化存储，sessionStorage在会话结束后清除   B. 两者均存储字符串类型数据   C. sessionStorage数据在同源窗口间共享   D. localStorage容量通常为5MB左右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C</w:t>
      </w:r>
    </w:p>
    <w:p>
      <w:pPr>
        <w:ind w:left="283"/>
      </w:pPr>
      <w:r>
        <w:rPr>
          <w:color w:val="888888"/>
          <w:sz w:val="20"/>
        </w:rPr>
        <w:t>解析：sessionStorage数据仅在当前会话（标签页）有效，不同标签页不共享；localStorage数据持久化且同源窗口共享。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关于localStorage和sessionStorage的区别，下列说法正确的有（）</w:t>
      </w:r>
    </w:p>
    <w:p>
      <w:pPr>
        <w:ind w:left="283"/>
      </w:pPr>
      <w:r>
        <w:rPr>
          <w:color w:val="555555"/>
          <w:sz w:val="20"/>
        </w:rPr>
        <w:t>A. localStorage数据存储无时间限制，sessionStorage数据在页面会话结束时删除   B. 两者均支持存储任意JavaScript对象   C. localStorage在同源窗口中共享数据，sessionStorage仅在当前标签页有效   D. 两者的存储容量均为5MB左右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解析：localStorage和sessionStorage均只能存储字符串类型数据，存储对象需先序列化；ACD选项分别正确描述了两者的持久性、共享范围和存储容量特点。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下列操作中，会清除localStorage数据的有（）</w:t>
      </w:r>
    </w:p>
    <w:p>
      <w:pPr>
        <w:ind w:left="283"/>
      </w:pPr>
      <w:r>
        <w:rPr>
          <w:color w:val="555555"/>
          <w:sz w:val="20"/>
        </w:rPr>
        <w:t>A. 调用localStorage.clear()   B. 关闭浏览器   C. 调用localStorage.removeItem('key')   D. 重启电脑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</w:t>
      </w:r>
    </w:p>
    <w:p>
      <w:pPr>
        <w:ind w:left="283"/>
      </w:pPr>
      <w:r>
        <w:rPr>
          <w:color w:val="888888"/>
          <w:sz w:val="20"/>
        </w:rPr>
        <w:t>解析：localStorage数据在浏览器关闭或重启电脑后仍保留；clear()清除所有数据，removeItem()清除指定键数据，故AC正确。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向localStorage中存储数据时，需使用 1 方法；从sessionStorage中读取数据时，需使用 2 方法。</w:t>
      </w:r>
    </w:p>
    <w:p>
      <w:pPr>
        <w:spacing w:after="40"/>
        <w:ind w:left="283"/>
      </w:pPr>
      <w:r>
        <w:t>答案：(1) setItem；(2) getItem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在JavaScript中，对象成员以键值对的形式存储。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数组是存储一系列值的集合。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delete关键字只能删除数组中指定索引的元素值，删除后该元素依然会占用一个空存储位置。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ES6+新特性</w:t>
      </w:r>
    </w:p>
    <w:p>
      <w:r>
        <w:rPr>
          <w:color w:val="999999"/>
          <w:sz w:val="20"/>
        </w:rPr>
        <w:t>共 13 题</w:t>
      </w:r>
    </w:p>
    <w:p>
      <w:pPr>
        <w:pStyle w:val="Heading2"/>
      </w:pPr>
      <w:r>
        <w:t>核心要点</w:t>
      </w:r>
    </w:p>
    <w:p>
      <w:r>
        <w:t>ES6（ECMAScript 2015）及之后版本引入了大量改善开发体验的新特性。</w:t>
      </w:r>
    </w:p>
    <w:p>
      <w:pPr>
        <w:spacing w:after="40"/>
      </w:pPr>
      <w:r>
        <w:rPr>
          <w:b/>
          <w:sz w:val="22"/>
        </w:rPr>
        <w:t>let / const：</w:t>
      </w:r>
      <w:r>
        <w:rPr>
          <w:sz w:val="22"/>
        </w:rPr>
        <w:t>块级作用域，替代var。let可修改，const不可修改引用</w:t>
      </w:r>
    </w:p>
    <w:p>
      <w:pPr>
        <w:spacing w:after="40"/>
      </w:pPr>
      <w:r>
        <w:rPr>
          <w:b/>
          <w:sz w:val="22"/>
        </w:rPr>
        <w:t>模板字符串：</w:t>
      </w:r>
      <w:r>
        <w:rPr>
          <w:sz w:val="22"/>
        </w:rPr>
        <w:t>用反引号包裹，${变量}插值，支持多行字符串</w:t>
      </w:r>
    </w:p>
    <w:p>
      <w:pPr>
        <w:spacing w:after="40"/>
      </w:pPr>
      <w:r>
        <w:rPr>
          <w:b/>
          <w:sz w:val="22"/>
        </w:rPr>
        <w:t>解构赋值：</w:t>
      </w:r>
      <w:r>
        <w:rPr>
          <w:sz w:val="22"/>
        </w:rPr>
        <w:t>快速提取数组/对象中的值。const {name, age} = person；const [a, b] = arr</w:t>
      </w:r>
    </w:p>
    <w:p>
      <w:pPr>
        <w:spacing w:after="40"/>
      </w:pPr>
      <w:r>
        <w:rPr>
          <w:b/>
          <w:sz w:val="22"/>
        </w:rPr>
        <w:t>扩展运算符 ...：</w:t>
      </w:r>
      <w:r>
        <w:rPr>
          <w:sz w:val="22"/>
        </w:rPr>
        <w:t>展开数组/对象。const newArr = [...arr1, ...arr2]</w:t>
      </w:r>
    </w:p>
    <w:p>
      <w:pPr>
        <w:spacing w:after="40"/>
      </w:pPr>
      <w:r>
        <w:rPr>
          <w:b/>
          <w:sz w:val="22"/>
        </w:rPr>
        <w:t>Set / Map：</w:t>
      </w:r>
      <w:r>
        <w:rPr>
          <w:sz w:val="22"/>
        </w:rPr>
        <w:t>Set元素不重复（自动去重）；Map键值对集合，键可以是任意类型</w:t>
      </w:r>
    </w:p>
    <w:p>
      <w:pPr>
        <w:spacing w:after="40"/>
      </w:pPr>
      <w:r>
        <w:rPr>
          <w:b/>
          <w:sz w:val="22"/>
        </w:rPr>
        <w:t>class语法：</w:t>
      </w:r>
      <w:r>
        <w:rPr>
          <w:sz w:val="22"/>
        </w:rPr>
        <w:t>class Person { constructor(name) { this.name = name } } — 语法糖，底层还是原型链</w:t>
      </w:r>
    </w:p>
    <w:p>
      <w:pPr>
        <w:spacing w:after="40"/>
      </w:pPr>
      <w:r>
        <w:rPr>
          <w:b/>
          <w:sz w:val="22"/>
        </w:rPr>
        <w:t>import / export：</w:t>
      </w:r>
      <w:r>
        <w:rPr>
          <w:sz w:val="22"/>
        </w:rPr>
        <w:t>ES6模块化：export导出，import导入</w:t>
      </w:r>
    </w:p>
    <w:p>
      <w:r>
        <w:rPr>
          <w:b/>
          <w:color w:val="CC0000"/>
          <w:sz w:val="22"/>
        </w:rPr>
        <w:t>let/const代替var是趋势。Set会自动去重很实用。扩展运算符...可以用来展开数组或合并数组。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 ES6 中，以下函数默认参数的写法正确的是（ ）</w:t>
      </w:r>
    </w:p>
    <w:p>
      <w:pPr>
        <w:ind w:left="283"/>
      </w:pPr>
      <w:r>
        <w:rPr>
          <w:color w:val="555555"/>
          <w:sz w:val="20"/>
        </w:rPr>
        <w:t>A. function foo(a = 1, b) { ... }   B. function foo(a, b = a) { ... }   C. function foo(a = 1, b = 2, c) { ... }   D. function foo(a, b = 1, c) { ... }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解析：默认参数可以引用前面的参数，但不能引用后面未定义的参数。选项 B 中 b 的默认值为 a，a 已定义，因此正确。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以下代码中，使用展开运算符正确合并两个数组的是？ ```javascript const arr1 = [1, 2, 3]; const arr2 = [4, 5, 6]; // 合并数组的操作 ```</w:t>
      </w:r>
    </w:p>
    <w:p>
      <w:pPr>
        <w:ind w:left="283"/>
      </w:pPr>
      <w:r>
        <w:rPr>
          <w:color w:val="555555"/>
          <w:sz w:val="20"/>
        </w:rPr>
        <w:t>A. const merged = arr1 + arr2;   B. const merged = [...arr1, ...arr2];   C. const merged = arr1.concat(arr2);   D. const merged = arr1.push(...arr2);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解析：展开运算符`...`可将数组元素展开为独立元素，通过`[...arr1, ...arr2]`可快速合并两个数组。选项C使用`concat`方法也能合并数组，但题目要求使用展开运算符，因此选项B正确。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对于对象解构赋值 `const { name: username } = { name: 'Alice' };`，变量 username 的值是（ ）</w:t>
      </w:r>
    </w:p>
    <w:p>
      <w:pPr>
        <w:ind w:left="283"/>
      </w:pPr>
      <w:r>
        <w:rPr>
          <w:color w:val="555555"/>
          <w:sz w:val="20"/>
        </w:rPr>
        <w:t>A. undefined   B. 'Alice'   C. 'name'   D. SyntaxError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解析：对象解构赋值中，`name: username` 表示将对象的 name 属性值赋给变量 username，因此 username 的值为 'Alice'。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下列关于 ES6 解构赋值的说法中，正确的有（ ）</w:t>
      </w:r>
    </w:p>
    <w:p>
      <w:pPr>
        <w:ind w:left="283"/>
      </w:pPr>
      <w:r>
        <w:rPr>
          <w:color w:val="555555"/>
          <w:sz w:val="20"/>
        </w:rPr>
        <w:t>A. 可以解构数组和对象   B. 数组解构时可以使用默认值   C. 对象解构时变量名必须与属性名完全一致   D. 解构赋值只能用于声明变量，不能用于赋值已声明的变量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解析：ES6 解构赋值支持数组和对象；数组解构可以设置默认值（如 `const [a=0] = []`）；对象解构可以使用别名（如 `const {name: n} = {name:'Alice'}`）；解构赋值也可以用于已声明的变量（如 `let a; [a] = [1];`）。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以下场景中适合使用展开运算符的有？</w:t>
      </w:r>
    </w:p>
    <w:p>
      <w:pPr>
        <w:ind w:left="283"/>
      </w:pPr>
      <w:r>
        <w:rPr>
          <w:color w:val="555555"/>
          <w:sz w:val="20"/>
        </w:rPr>
        <w:t>A. 合并两个数组   B. 将数组元素作为函数实参传递   C. 复制数组   D. 在对象中复制属性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ind w:left="283"/>
      </w:pPr>
      <w:r>
        <w:rPr>
          <w:color w:val="888888"/>
          <w:sz w:val="20"/>
        </w:rPr>
        <w:t>解析：展开运算符可用于合并数组（`[...arr1, ...arr2]`）、传递函数实参（`func(...arr)`）、复制数组（`[...arr]`）以及复制对象属性（`{...obj}`），因此四个选项均正确。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使用展开运算符将数组转换为函数的多个实参时，语法为`func(...arr)`，其中`arr`是一个______，展开运算符会将其元素逐个传入函数。</w:t>
      </w:r>
    </w:p>
    <w:p>
      <w:pPr>
        <w:spacing w:after="40"/>
        <w:ind w:left="283"/>
      </w:pPr>
      <w:r>
        <w:t>答案：数组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使用 ES6 解构赋值从数组 `[1, 2, 3]` 中提取第一个元素，可以写成 `const [x] = [1, 2, 3];`，此时 x 的值为______。</w:t>
      </w:r>
    </w:p>
    <w:p>
      <w:pPr>
        <w:spacing w:after="40"/>
        <w:ind w:left="283"/>
      </w:pPr>
      <w:r>
        <w:t>答案：1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____是ES6中新增的函数，用于简化函数定义的语法。</w:t>
      </w:r>
    </w:p>
    <w:p>
      <w:pPr>
        <w:spacing w:after="40"/>
        <w:ind w:left="283"/>
      </w:pPr>
      <w:r>
        <w:t>答案：箭头函数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剩余参数可以用于解构赋值中，例如`const [a, ...rest] = [1, 2, 3];`中`rest`会被赋值为`[2, 3]`。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解析：剩余参数在解构赋值中用于收集剩余的元素，上述代码中`a`为1，`rest`为`[2, 3]`，描述正确。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ES6中允许函数定义时为形参设置默认值。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使用对象解构赋值时，必须使用与对象属性名相同的变量名。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解析：对象解构赋值可以使用别名，例如 `const {name: username} = {name: 'Bob'}`，此时变量名为 username，对应属性 name 的值。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在ES6中，箭头函数内部可以通过`arguments`对象获取参数列表。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解析：箭头函数没有自己的`arguments`对象，需使用剩余参数`...args`替代。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展开运算符可以用于对象，例如`const obj = { ...obj1, ...obj2 };`可以合并两个对象的属性。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解析：ES6中展开运算符支持对象，用于复制对象的可枚举属性，若存在同名属性，后面的对象属性会覆盖前面的。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同步异步与Promise</w:t>
      </w:r>
    </w:p>
    <w:p>
      <w:r>
        <w:rPr>
          <w:color w:val="999999"/>
          <w:sz w:val="20"/>
        </w:rPr>
        <w:t>共 3 题</w:t>
      </w:r>
    </w:p>
    <w:p>
      <w:pPr>
        <w:pStyle w:val="Heading2"/>
      </w:pPr>
      <w:r>
        <w:t>核心要点</w:t>
      </w:r>
    </w:p>
    <w:p>
      <w:r>
        <w:t>JavaScript是单线程语言，通过事件循环机制处理异步操作，避免阻塞。</w:t>
      </w:r>
    </w:p>
    <w:p>
      <w:pPr>
        <w:spacing w:after="40"/>
      </w:pPr>
      <w:r>
        <w:rPr>
          <w:b/>
          <w:sz w:val="22"/>
        </w:rPr>
        <w:t>同步执行：</w:t>
      </w:r>
      <w:r>
        <w:rPr>
          <w:sz w:val="22"/>
        </w:rPr>
        <w:t>代码按顺序一行一行执行，前一个任务没完成，后一个就得等着</w:t>
      </w:r>
    </w:p>
    <w:p>
      <w:pPr>
        <w:spacing w:after="40"/>
      </w:pPr>
      <w:r>
        <w:rPr>
          <w:b/>
          <w:sz w:val="22"/>
        </w:rPr>
        <w:t>异步执行：</w:t>
      </w:r>
      <w:r>
        <w:rPr>
          <w:sz w:val="22"/>
        </w:rPr>
        <w:t>不等待任务完成就继续往后执行，任务完成后通过回调函数处理结果。常见：setTimeout、AJAX请求、事件处理</w:t>
      </w:r>
    </w:p>
    <w:p>
      <w:pPr>
        <w:spacing w:after="40"/>
      </w:pPr>
      <w:r>
        <w:rPr>
          <w:b/>
          <w:sz w:val="22"/>
        </w:rPr>
        <w:t>Promise对象：</w:t>
      </w:r>
      <w:r>
        <w:rPr>
          <w:sz w:val="22"/>
        </w:rPr>
        <w:t>代表一个异步操作的最终完成或失败。三种状态：pending（进行中）→ fulfilled（成功）或 rejected（失败）</w:t>
      </w:r>
    </w:p>
    <w:p>
      <w:pPr>
        <w:spacing w:after="40"/>
      </w:pPr>
      <w:r>
        <w:rPr>
          <w:b/>
          <w:sz w:val="22"/>
        </w:rPr>
        <w:t>then / catch：</w:t>
      </w:r>
      <w:r>
        <w:rPr>
          <w:sz w:val="22"/>
        </w:rPr>
        <w:t>then()处理成功结果，可链式调用；catch()捕获错误。Promise.then(res =&gt; {}).catch(err =&gt; {})</w:t>
      </w:r>
    </w:p>
    <w:p>
      <w:pPr>
        <w:spacing w:after="40"/>
      </w:pPr>
      <w:r>
        <w:rPr>
          <w:b/>
          <w:sz w:val="22"/>
        </w:rPr>
        <w:t>async/await：</w:t>
      </w:r>
      <w:r>
        <w:rPr>
          <w:sz w:val="22"/>
        </w:rPr>
        <w:t>async声明异步函数，await等待Promise结果。让异步代码写起来像同步代码一样</w:t>
      </w:r>
    </w:p>
    <w:p>
      <w:pPr>
        <w:spacing w:after="40"/>
      </w:pPr>
      <w:r>
        <w:rPr>
          <w:b/>
          <w:sz w:val="22"/>
        </w:rPr>
        <w:t>async函数返回值：</w:t>
      </w:r>
      <w:r>
        <w:rPr>
          <w:sz w:val="22"/>
        </w:rPr>
        <w:t>async函数始终返回一个Promise对象。即使return普通值也会被包装成Promise.resolve()</w:t>
      </w:r>
    </w:p>
    <w:p>
      <w:r>
        <w:rPr>
          <w:b/>
          <w:color w:val="CC0000"/>
          <w:sz w:val="22"/>
        </w:rPr>
        <w:t>Promise创建时里面的代码是立即执行的！then/catch是微任务。async函数永远返回Promise！await只能在async函数中使用。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在JavaScript中，会被放入执行栈中优先执行的任务是( )</w:t>
      </w:r>
    </w:p>
    <w:p>
      <w:pPr>
        <w:ind w:left="283"/>
      </w:pPr>
      <w:r>
        <w:rPr>
          <w:color w:val="555555"/>
          <w:sz w:val="20"/>
        </w:rPr>
        <w:t>A. 异步任务   B. 同步任务   C. 并发任务   D. 多线程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下列选项中，所有任务需要排队，前一个任务结束，才会执行后一个任务的操作方式是( )</w:t>
      </w:r>
    </w:p>
    <w:p>
      <w:pPr>
        <w:ind w:left="283"/>
      </w:pPr>
      <w:r>
        <w:rPr>
          <w:color w:val="555555"/>
          <w:sz w:val="20"/>
        </w:rPr>
        <w:t>A. 异步   B. 多线程   C. 双线程   D. 单线程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简述同步和异步的区别。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同步:前一个任务结束后再执行后一个任务，程序的执行顺序与任务的排列顺序是一致的。 异步:在处理一件任务的同时，可以去处理其他的任务。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其他题目</w:t>
      </w:r>
    </w:p>
    <w:p>
      <w:r>
        <w:rPr>
          <w:color w:val="999999"/>
          <w:sz w:val="20"/>
        </w:rPr>
        <w:t>共 69 题</w:t>
      </w:r>
    </w:p>
    <w:p>
      <w:pPr>
        <w:pStyle w:val="Heading2"/>
      </w:pPr>
      <w:r>
        <w:t>核心要点</w:t>
      </w:r>
    </w:p>
    <w:p>
      <w:r>
        <w:t>以下题目未能精确分类，但同样在考试范围内：</w:t>
      </w:r>
    </w:p>
    <w:p>
      <w:r>
        <w:rPr>
          <w:b/>
          <w:color w:val="CC0000"/>
          <w:sz w:val="22"/>
        </w:rPr>
        <w:t>建议浏览一遍，混个眼熟。</w:t>
      </w:r>
    </w:p>
    <w:p/>
    <w:p>
      <w:pPr>
        <w:pStyle w:val="Heading2"/>
      </w:pPr>
      <w:r>
        <w:t>全部题目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下列选项中，关于对象的描述错误的是( )</w:t>
      </w:r>
    </w:p>
    <w:p>
      <w:pPr>
        <w:ind w:left="283"/>
      </w:pPr>
      <w:r>
        <w:rPr>
          <w:color w:val="555555"/>
          <w:sz w:val="20"/>
        </w:rPr>
        <w:t>A. 在JavaScript中，对象属于基本数据类型   B. 对象的属性可以看成是对象中保存的数据   C. 对象的方法可以看成是对象中保存的函数   D. 对象的属性和方法统称为对象的成员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解析：在JavaScript中，对象属于复杂数据类型。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执行“new Date(2018, 12);” 创建的对象保存的日期为( )</w:t>
      </w:r>
    </w:p>
    <w:p>
      <w:pPr>
        <w:ind w:left="283"/>
      </w:pPr>
      <w:r>
        <w:rPr>
          <w:color w:val="555555"/>
          <w:sz w:val="20"/>
        </w:rPr>
        <w:t>A. 2018年12月   B. 2018年1月   C. 无效值   D. 2019年1月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解析：月分的取值范围是0~11，0表示1月，1表示2月，以此类推。当传入的数字大于合理范围时，会自动转换成相邻数字。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下列表达式的结果为 true 的是（ ）</w:t>
      </w:r>
    </w:p>
    <w:p>
      <w:pPr>
        <w:ind w:left="283"/>
      </w:pPr>
      <w:r>
        <w:rPr>
          <w:color w:val="555555"/>
          <w:sz w:val="20"/>
        </w:rPr>
        <w:t>A. 0 == ''   B. 0 === ''   C. null === undefined   D. 1 == '1a'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解析：== 会进行类型转换，0 转换为布尔值是 false，空字符串 '' 转换为布尔值也是 false，因此 0 == '' 为 true；=== 严格比较，类型不同直接返回 false；null 和 undefined 类型不同，1 == '1a' 中 '1a' 转换为数字是 NaN，NaN 与任何值不相等。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下列选项中，关于函数的说法错误的是( )</w:t>
      </w:r>
    </w:p>
    <w:p>
      <w:pPr>
        <w:ind w:left="283"/>
      </w:pPr>
      <w:r>
        <w:rPr>
          <w:color w:val="555555"/>
          <w:sz w:val="20"/>
        </w:rPr>
        <w:t>A. function是定义函数的关键字   B. 函数名可以以数字开头   C. 函数定义时的参数称为形参   D. 函数体是由函数内所有代码组成的整体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</w:t>
      </w:r>
    </w:p>
    <w:p>
      <w:pPr>
        <w:ind w:left="283"/>
      </w:pPr>
      <w:r>
        <w:rPr>
          <w:color w:val="888888"/>
          <w:sz w:val="20"/>
        </w:rPr>
        <w:t>解析：函数名可由字母、数字、下画线(_)和$符号组成，但是函数名不能以数字开头，且不能是JavaScript中的关键字。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以下不属于JavaScript提供的内置函数的是( )</w:t>
      </w:r>
    </w:p>
    <w:p>
      <w:pPr>
        <w:ind w:left="283"/>
      </w:pPr>
      <w:r>
        <w:rPr>
          <w:color w:val="555555"/>
          <w:sz w:val="20"/>
        </w:rPr>
        <w:t>A. parseFloat()   B. parseInt()   C. Number()   D. typeof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解析：typeof是JavaScript提供的关键字用于检测数据类型，其他选项都是JavaScript提供的内置函数。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下列选项中，关于JavaScript的说法错误的是( )</w:t>
      </w:r>
    </w:p>
    <w:p>
      <w:pPr>
        <w:ind w:left="283"/>
      </w:pPr>
      <w:r>
        <w:rPr>
          <w:color w:val="555555"/>
          <w:sz w:val="20"/>
        </w:rPr>
        <w:t>A. 脚本语言   B. 仅需要浏览器支持   C. 语法规则比较松散   D. 依赖于操作系统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D</w:t>
      </w:r>
    </w:p>
    <w:p>
      <w:pPr>
        <w:ind w:left="283"/>
      </w:pPr>
      <w:r>
        <w:rPr>
          <w:color w:val="888888"/>
          <w:sz w:val="20"/>
        </w:rPr>
        <w:t>解析：JavaScript语言不依赖操作系统，仅需要浏览器的支持。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【单选题】</w:t>
      </w:r>
    </w:p>
    <w:p>
      <w:pPr>
        <w:ind w:left="283"/>
      </w:pPr>
      <w:r>
        <w:rPr>
          <w:sz w:val="22"/>
        </w:rPr>
        <w:t>下列选项中，不属于JavaScript语言特点的是( )</w:t>
      </w:r>
    </w:p>
    <w:p>
      <w:pPr>
        <w:ind w:left="283"/>
      </w:pPr>
      <w:r>
        <w:rPr>
          <w:color w:val="555555"/>
          <w:sz w:val="20"/>
        </w:rPr>
        <w:t>A. 依赖于操作系统   B. 可以跨平台   C. 支持面向对象   D. 脚本语言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</w:t>
      </w:r>
    </w:p>
    <w:p>
      <w:pPr>
        <w:ind w:left="283"/>
      </w:pPr>
      <w:r>
        <w:rPr>
          <w:color w:val="888888"/>
          <w:sz w:val="20"/>
        </w:rPr>
        <w:t>解析：JavaScript语言不依赖操作系统，仅需要浏览器的支持。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下列选项中，属于img元素内置属性的有( )</w:t>
      </w:r>
    </w:p>
    <w:p>
      <w:pPr>
        <w:ind w:left="283"/>
      </w:pPr>
      <w:r>
        <w:rPr>
          <w:color w:val="555555"/>
          <w:sz w:val="20"/>
        </w:rPr>
        <w:t>A. src   B. disabled   C. checked   D. title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AD</w:t>
      </w:r>
    </w:p>
    <w:p>
      <w:pPr>
        <w:ind w:left="283"/>
      </w:pPr>
      <w:r>
        <w:rPr>
          <w:color w:val="888888"/>
          <w:sz w:val="20"/>
        </w:rPr>
        <w:t>解析：disabled属性和checked属性属于input元素的内置属性。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以下哪些方法可以向DOM中插入元素？</w:t>
      </w:r>
    </w:p>
    <w:p>
      <w:pPr>
        <w:ind w:left="283"/>
      </w:pPr>
      <w:r>
        <w:rPr>
          <w:color w:val="555555"/>
          <w:sz w:val="20"/>
        </w:rPr>
        <w:t>A. appendChild()   B. insertBefore()   C. replaceChild()   D. removeChild()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ind w:left="283"/>
      </w:pPr>
      <w:r>
        <w:rPr>
          <w:color w:val="888888"/>
          <w:sz w:val="20"/>
        </w:rPr>
        <w:t>解析：appendChild()在父元素末尾插入，insertBefore()在指定元素前插入，replaceChild()替换元素，removeChild()删除元素。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下列选项中，属于符号“+”功能的有( )</w:t>
      </w:r>
    </w:p>
    <w:p>
      <w:pPr>
        <w:ind w:left="283"/>
      </w:pPr>
      <w:r>
        <w:rPr>
          <w:color w:val="555555"/>
          <w:sz w:val="20"/>
        </w:rPr>
        <w:t>A. 相加   B. 正数   C. 字符串连接   D. 自增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</w:t>
      </w:r>
    </w:p>
    <w:p>
      <w:pPr>
        <w:ind w:left="283"/>
      </w:pPr>
      <w:r>
        <w:rPr>
          <w:color w:val="888888"/>
          <w:sz w:val="20"/>
        </w:rPr>
        <w:t>解析：符号“+”的功能举例。 相加:22+11 正数:+23 字符串连接:'12'+12 自增运算符为“++”。 判断题(共18道题)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以下方法中，返回布尔值的有哪些？</w:t>
      </w:r>
    </w:p>
    <w:p>
      <w:pPr>
        <w:ind w:left="283"/>
      </w:pPr>
      <w:r>
        <w:rPr>
          <w:color w:val="555555"/>
          <w:sz w:val="20"/>
        </w:rPr>
        <w:t>A. some   B. every   C. find   D. includes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ABD</w:t>
      </w:r>
    </w:p>
    <w:p>
      <w:pPr>
        <w:ind w:left="283"/>
      </w:pPr>
      <w:r>
        <w:rPr>
          <w:color w:val="888888"/>
          <w:sz w:val="20"/>
        </w:rPr>
        <w:t>解析：A选项：some返回布尔值（是否存在满足条件的元素）；B选项：every返回布尔值（是否所有元素满足条件）；C选项：find返回满足条件的元素（不是布尔值）；D选项：includes返回布尔值（是否包含指定元素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下列表达式结果为 true 的有（ ）</w:t>
      </w:r>
    </w:p>
    <w:p>
      <w:pPr>
        <w:ind w:left="283"/>
      </w:pPr>
      <w:r>
        <w:rPr>
          <w:color w:val="555555"/>
          <w:sz w:val="20"/>
        </w:rPr>
        <w:t>A. 1 === '1'   B. null == undefined   C. true == 1   D. NaN === NaN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</w:t>
      </w:r>
    </w:p>
    <w:p>
      <w:pPr>
        <w:ind w:left="283"/>
      </w:pPr>
      <w:r>
        <w:rPr>
          <w:color w:val="888888"/>
          <w:sz w:val="20"/>
        </w:rPr>
        <w:t>解析：== 会进行类型转换：null 和 undefined 相等；true 转换为数字是 1，因此 true == 1 为 true；=== 严格比较，类型不同返回 false；NaN 与任何值（包括自身）都不相等。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为优化脚本加载顺序，可采取的措施有？</w:t>
      </w:r>
    </w:p>
    <w:p>
      <w:pPr>
        <w:ind w:left="283"/>
      </w:pPr>
      <w:r>
        <w:rPr>
          <w:color w:val="555555"/>
          <w:sz w:val="20"/>
        </w:rPr>
        <w:t>A. 将&lt;script&gt;标签放在&lt;head&gt;中   B. 使用defer属性延迟执行   C. 将&lt;script&gt;放在&lt;body&gt;标签末尾   D. 使用async属性异步加载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解析：head中的脚本会阻塞渲染，不推荐；defer、async属性及body末尾放置均为优化加载顺序的有效方法。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下列表达式结果为数字的有（ ）</w:t>
      </w:r>
    </w:p>
    <w:p>
      <w:pPr>
        <w:ind w:left="283"/>
      </w:pPr>
      <w:r>
        <w:rPr>
          <w:color w:val="555555"/>
          <w:sz w:val="20"/>
        </w:rPr>
        <w:t>A. '10' - 5   B. '10' + 5   C. 10 * '5'   D. 10 / 'two'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解析：-、*、/ 运算符会将操作数转换为数字：'10'-5=5（数字）；10*'5'=50（数字）；'two' 转换为数字是 NaN（属于数字类型）；+ 运算符遇到字符串会拼接，'10'+5='105'（字符串）。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下列代码中，注册resize事件正确的有( )</w:t>
      </w:r>
    </w:p>
    <w:p>
      <w:pPr>
        <w:ind w:left="283"/>
      </w:pPr>
      <w:r>
        <w:rPr>
          <w:color w:val="555555"/>
          <w:sz w:val="20"/>
        </w:rPr>
        <w:t>A. window.onresize = function () {};   B. window.addEventListener('onresize', function () {});   C. window.resize = function () {};   D. window.addEventListener('resize', function () {});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下列选项中，属于document对象属性的有( )</w:t>
      </w:r>
    </w:p>
    <w:p>
      <w:pPr>
        <w:ind w:left="283"/>
      </w:pPr>
      <w:r>
        <w:rPr>
          <w:color w:val="555555"/>
          <w:sz w:val="20"/>
        </w:rPr>
        <w:t>A. body   B. documentElement   C. forms   D. images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下列选项中，属于Math对象方法的有( )</w:t>
      </w:r>
    </w:p>
    <w:p>
      <w:pPr>
        <w:ind w:left="283"/>
      </w:pPr>
      <w:r>
        <w:rPr>
          <w:color w:val="555555"/>
          <w:sz w:val="20"/>
        </w:rPr>
        <w:t>A. PI()   B. abs()   C. sqrt()   D. random()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BCD</w:t>
      </w:r>
    </w:p>
    <w:p>
      <w:pPr>
        <w:ind w:left="283"/>
      </w:pPr>
      <w:r>
        <w:rPr>
          <w:color w:val="888888"/>
          <w:sz w:val="20"/>
        </w:rPr>
        <w:t>解析：PI属于Math对象的属性。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下列选项中，能够正确为obj对象添加成员的语句有( )</w:t>
      </w:r>
    </w:p>
    <w:p>
      <w:pPr>
        <w:ind w:left="283"/>
      </w:pPr>
      <w:r>
        <w:rPr>
          <w:color w:val="555555"/>
          <w:sz w:val="20"/>
        </w:rPr>
        <w:t>A. obj.name = 'Jack';   B. obj[ 'name'] = 'Jack';   C. obj.say = function () {console.log( 'Hello');};   D. obj[ 'say'] = function () {console.log( 'Hello');};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ABCD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下列选项中，属于焦点事件的有( )</w:t>
      </w:r>
    </w:p>
    <w:p>
      <w:pPr>
        <w:ind w:left="283"/>
      </w:pPr>
      <w:r>
        <w:rPr>
          <w:color w:val="555555"/>
          <w:sz w:val="20"/>
        </w:rPr>
        <w:t>A. focus   B. blur   C. click   D. dblclick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AB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【多选题】</w:t>
      </w:r>
    </w:p>
    <w:p>
      <w:pPr>
        <w:ind w:left="283"/>
      </w:pPr>
      <w:r>
        <w:rPr>
          <w:sz w:val="22"/>
        </w:rPr>
        <w:t>下列选项中，属于JavaScript组成部分的有( )</w:t>
      </w:r>
    </w:p>
    <w:p>
      <w:pPr>
        <w:ind w:left="283"/>
      </w:pPr>
      <w:r>
        <w:rPr>
          <w:color w:val="555555"/>
          <w:sz w:val="20"/>
        </w:rPr>
        <w:t>A. ECMAScript   B. HTML   C. BOM   D. DOM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ACD</w:t>
      </w:r>
    </w:p>
    <w:p>
      <w:pPr>
        <w:ind w:left="283"/>
      </w:pPr>
      <w:r>
        <w:rPr>
          <w:color w:val="888888"/>
          <w:sz w:val="20"/>
        </w:rPr>
        <w:t>解析：JavaScript是由ECMAScript、DOM、BOM三部分组成。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____指的是没有名字的函数。</w:t>
      </w:r>
    </w:p>
    <w:p>
      <w:pPr>
        <w:spacing w:after="40"/>
        <w:ind w:left="283"/>
      </w:pPr>
      <w:r>
        <w:t>答案：匿名函数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JavaScript中，文本框获得焦点时会触发____事件。</w:t>
      </w:r>
    </w:p>
    <w:p>
      <w:pPr>
        <w:spacing w:after="40"/>
        <w:ind w:left="283"/>
      </w:pPr>
      <w:r>
        <w:t>答案：focus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事件三要素分别是事件源、____和事件驱动程序。</w:t>
      </w:r>
    </w:p>
    <w:p>
      <w:pPr>
        <w:spacing w:after="40"/>
        <w:ind w:left="283"/>
      </w:pPr>
      <w:r>
        <w:t>答案：事件类型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____是一个提供生成对象的模板并描述对象基本结构的函数。</w:t>
      </w:r>
    </w:p>
    <w:p>
      <w:pPr>
        <w:spacing w:after="40"/>
        <w:ind w:left="283"/>
      </w:pPr>
      <w:r>
        <w:t>答案：构造函数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JavaScript的执行机制是____线程。</w:t>
      </w:r>
    </w:p>
    <w:p>
      <w:pPr>
        <w:spacing w:after="40"/>
        <w:ind w:left="283"/>
      </w:pPr>
      <w:r>
        <w:t>答案：单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keypress事件保存的按键值是____码。</w:t>
      </w:r>
    </w:p>
    <w:p>
      <w:pPr>
        <w:spacing w:after="40"/>
        <w:ind w:left="283"/>
      </w:pPr>
      <w:r>
        <w:t>答案：ASCII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attribute属性不仅可以操作元素的内置属性，还可以操作元素的____属性。</w:t>
      </w:r>
    </w:p>
    <w:p>
      <w:pPr>
        <w:spacing w:after="40"/>
        <w:ind w:left="283"/>
      </w:pPr>
      <w:r>
        <w:t>答案：自定义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将一个父节点的指定子节点移除使用____方法。</w:t>
      </w:r>
    </w:p>
    <w:p>
      <w:pPr>
        <w:spacing w:after="40"/>
        <w:ind w:left="283"/>
      </w:pPr>
      <w:r>
        <w:t>答案：removeChild()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当age=8时，表达式“age &gt;=18 ? '成年':age &gt; 16 ? '青少年':'少年'”的运行结果为____。</w:t>
      </w:r>
    </w:p>
    <w:p>
      <w:pPr>
        <w:spacing w:after="40"/>
        <w:ind w:left="283"/>
      </w:pPr>
      <w:r>
        <w:t>答案：少年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____事件主要应用于程序员取消默认的右键菜单效果。</w:t>
      </w:r>
    </w:p>
    <w:p>
      <w:pPr>
        <w:spacing w:after="40"/>
        <w:ind w:left="283"/>
      </w:pPr>
      <w:r>
        <w:t>答案：contextmenu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将一个节点添加到父节点中的指定子节点的前面使用____方法。</w:t>
      </w:r>
    </w:p>
    <w:p>
      <w:pPr>
        <w:spacing w:after="40"/>
        <w:ind w:left="283"/>
      </w:pPr>
      <w:r>
        <w:t>答案：insertBefore()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JavaScript中的函数分为内置函数和____。</w:t>
      </w:r>
    </w:p>
    <w:p>
      <w:pPr>
        <w:spacing w:after="40"/>
        <w:ind w:left="283"/>
      </w:pPr>
      <w:r>
        <w:t>答案：自定义函数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表达式'15' + 16的运算结果为____。</w:t>
      </w:r>
    </w:p>
    <w:p>
      <w:pPr>
        <w:spacing w:after="40"/>
        <w:ind w:left="283"/>
      </w:pPr>
      <w:r>
        <w:t>答案：1516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在节点的层级中，document元素是____节点，有且只有一个。</w:t>
      </w:r>
    </w:p>
    <w:p>
      <w:pPr>
        <w:spacing w:after="40"/>
        <w:ind w:left="283"/>
      </w:pPr>
      <w:r>
        <w:t>答案：根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对象是由______和_______组成</w:t>
      </w:r>
    </w:p>
    <w:p>
      <w:pPr>
        <w:spacing w:after="40"/>
        <w:ind w:left="283"/>
      </w:pPr>
      <w:r>
        <w:t>答案：(1) 属性；(2) 方法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在进行节点操作时，____属性可以访问当前节点的名称。</w:t>
      </w:r>
    </w:p>
    <w:p>
      <w:pPr>
        <w:spacing w:after="40"/>
        <w:ind w:left="283"/>
      </w:pPr>
      <w:r>
        <w:t>答案：nodeName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DOM将整个文档视为树形结构，这个结构被称为____。</w:t>
      </w:r>
    </w:p>
    <w:p>
      <w:pPr>
        <w:spacing w:after="40"/>
        <w:ind w:left="283"/>
      </w:pPr>
      <w:r>
        <w:t>答案：文档树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若a = 4，b = 5，则表达式“++b - a + b--”的运行结果为____。</w:t>
      </w:r>
    </w:p>
    <w:p>
      <w:pPr>
        <w:spacing w:after="40"/>
        <w:ind w:left="283"/>
      </w:pPr>
      <w:r>
        <w:t>答案：8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JavaScript中，文本框失去焦点时会触发____事件。</w:t>
      </w:r>
    </w:p>
    <w:p>
      <w:pPr>
        <w:spacing w:after="40"/>
        <w:ind w:left="283"/>
      </w:pPr>
      <w:r>
        <w:t>答案：blur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JavaScript中实例对象的成员称为____。</w:t>
      </w:r>
    </w:p>
    <w:p>
      <w:pPr>
        <w:spacing w:after="40"/>
        <w:ind w:left="283"/>
      </w:pPr>
      <w:r>
        <w:t>答案：实例成员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【填空题】</w:t>
      </w:r>
    </w:p>
    <w:p>
      <w:pPr>
        <w:ind w:left="283"/>
      </w:pPr>
      <w:r>
        <w:rPr>
          <w:sz w:val="22"/>
        </w:rPr>
        <w:t>若要对一个浮点数向上取整，可以使用Math对象的____方法来实现。</w:t>
      </w:r>
    </w:p>
    <w:p>
      <w:pPr>
        <w:spacing w:after="40"/>
        <w:ind w:left="283"/>
      </w:pPr>
      <w:r>
        <w:t>答案：ceil()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表达式(-9) % 3与9 % (-3)的运算结果相等。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解析：(-9) % 3与9 % (-3)的结果为0。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在程序中对attribute属性的操作会直接反应到HTML标签中。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对于页面中property属性的交互，可以通过“element.属性名”实现。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在JavaScript中，属性是指对象的特征。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replace(str1, str2)方法只会替换第一次出现的str1。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element.offsetTop表示元素相对于视口的顶部距离。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解析：offsetTop表示元素相对于其offsetParent（最近的定位父元素）的顶部距离，而非视口；相对于视口的距离应使用getBoundingClientRect().top。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在JavaScript中，方法是指对象的行为。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当下拉菜单中只有一个选项时不会触发change事件。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解析：change当内容发生改变时触发，而下拉菜单中只有一个选项时，不论是否切换，内容都没有改变，因此都不会触发change事件。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事件keypress和keydown在发生时，保存的按键值都是键盘码。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解析：keypress事件保存的按键值是ASCII码，keydown和keyup事件保存的按键值是键盘码。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事件是指可以被JavaScript侦测到的行为。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事件属性的命名方式为“on事件类型”。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JavaScript是编译型语言。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解析：JavaScript是解释型语言，运行时由JavaScript引擎逐行解释执行，而非提前编译。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当对象作为函数的参数来传递时，如果在函数中修改对象的属性或方法，则在函数外面被引用的对象也会同步修改。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解析：当对象作为函数的参数来传递时，如果在函数的参数中修改对象的属性或方法，则在函数外面被引用的对象也会同步修改，因为它们操作的是同一个对象。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clientX是只读属性，不能修改。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JavaScript代码对空格、换行、缩进不敏感，一条语句可以分成多行书写。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解析：JavaScript代码对空格、换行、缩进不敏感，一条语句可以分成多行书写。例如，将alert后面的“(”换到下一行，程序依然正确执行。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函数体是专门用于实现特定功能的主体，相当于将一条或多条语句组成的代码块包裹起来。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节点指的是页面中的元素。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解析：元素是节点的一种类型，所有的元素都是节点，但节点不一定都是元素，因为节点还包括文本、注释等其他类型的节点。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DOM是W3C组织制定的用于处理HTML和XML文档的编程接口。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解析：无 填空题(共10道题)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JavaScript代码严格区分大小写。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在JavaScript中，else if分支必须紧跟在if分支之后，不能单独使用。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ind w:left="283"/>
      </w:pPr>
      <w:r>
        <w:rPr>
          <w:color w:val="888888"/>
          <w:sz w:val="20"/>
        </w:rPr>
        <w:t>解析：else if分支是if...else结构的扩展，必须跟在if分支之后，不能作为独立的条件判断结构存在。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for、while、do…while语句都可以进行嵌套，并且它们之间可以互相嵌套。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JavaScript只能用于前端页面开发。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错</w:t>
      </w:r>
    </w:p>
    <w:p>
      <w:pPr>
        <w:ind w:left="283"/>
      </w:pPr>
      <w:r>
        <w:rPr>
          <w:color w:val="888888"/>
          <w:sz w:val="20"/>
        </w:rPr>
        <w:t>解析：JavaScript不仅用于前端，还可通过Node.js进行后端开发，以及用Electron/React Native构建跨端应用。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【判断题】</w:t>
      </w:r>
    </w:p>
    <w:p>
      <w:pPr>
        <w:ind w:left="283"/>
      </w:pPr>
      <w:r>
        <w:rPr>
          <w:sz w:val="22"/>
        </w:rPr>
        <w:t>表达式是一组代码的集合，每个表达式的执行结果都是一个值。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对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简述while语句的执行流程。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while语句适用于不能够确定循环次数的情况下，若条件表达式永远为true，则会出现死循环，因此为了保证循环可以正常结束，应该保证条件表达式的值存在false的情况。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请列举Math对象的常用属性和方法(至少6个)，并说明其作用。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PI: 用于获取圆周率; abs(): 用于获取绝对值; max() :用于获取所有参数中的最大值; min() :用于获取所有参数中的最小值; pow():用于获取基数的指数次幂; sqrt(): 用于获取平方根; ceil() :用于向上取整; floor() :用于向下取整; round() :用于获取四舍五入后的整数; random() :用于获取大于或等于0且小于1的随机值。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简述do…while语句和while语句的区别。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区别在于while语句是先判断条件，再根据条件决定是否执行循环体，而do…while语句会无条件地执行1次循环体，然后再判断条件，根据条件决定是否继续执行循环体。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简述for语句的执行流程。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for语句执行的流程是先初始化变量，然后判断条件表达式的值，当条件表达式的值为false时，直接结束循环;当条件表达式的值为true时，执行1次循环体，然后执行操作表达式，至此完成第1次循环。接下来进入下一次循环，继续判断条件表达式的值，直到条件表达式的值为false时，结束循环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pPr>
        <w:spacing w:before="120"/>
      </w:pPr>
      <w:r>
        <w:rPr>
          <w:b/>
          <w:color w:val="1A56DB"/>
          <w:sz w:val="22"/>
        </w:rPr>
        <w:t>【简答题】</w:t>
      </w:r>
    </w:p>
    <w:p>
      <w:pPr>
        <w:ind w:left="283"/>
      </w:pPr>
      <w:r>
        <w:rPr>
          <w:sz w:val="22"/>
        </w:rPr>
        <w:t>简述什么是文本字符。</w:t>
      </w:r>
    </w:p>
    <w:p>
      <w:pPr>
        <w:spacing w:after="40"/>
        <w:ind w:left="283"/>
      </w:pPr>
      <w:r>
        <w:rPr>
          <w:b/>
          <w:sz w:val="22"/>
        </w:rPr>
        <w:t>答案：</w:t>
      </w:r>
      <w:r>
        <w:rPr>
          <w:b/>
          <w:sz w:val="22"/>
          <w:highlight w:val="yellow"/>
        </w:rPr>
        <w:t>文本字符又称为原义字符，它没有特殊含义，用来表示原本的字符。例如，“a”表示字符a，“1”表示字符1。</w:t>
      </w:r>
    </w:p>
    <w:p>
      <w:pPr>
        <w:spacing w:before="40" w:after="40"/>
      </w:pPr>
      <w:r>
        <w:rPr>
          <w:color w:val="DDDDDD"/>
          <w:sz w:val="16"/>
        </w:rPr>
        <w:t>------------------------------------------------------------</w:t>
      </w:r>
    </w:p>
    <w:p>
      <w:r>
        <w:br w:type="page"/>
      </w:r>
    </w:p>
    <w:p>
      <w:pPr>
        <w:pStyle w:val="Heading1"/>
      </w:pPr>
      <w:r>
        <w:t>第二部分：考前总复习</w:t>
      </w:r>
    </w:p>
    <w:p>
      <w:pPr>
        <w:pStyle w:val="Heading2"/>
      </w:pPr>
      <w:r>
        <w:t>考前10分钟速记卡</w:t>
      </w:r>
    </w:p>
    <w:p>
      <w:r>
        <w:t>以下是最核心的考点速记，考试前看这个就够了！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551"/>
          </w:tcPr>
          <w:p>
            <w:r>
              <w:t>考点</w:t>
            </w:r>
          </w:p>
        </w:tc>
        <w:tc>
          <w:tcPr>
            <w:tcW w:type="dxa" w:w="6520"/>
          </w:tcPr>
          <w:p>
            <w:r>
              <w:t>速记内容</w:t>
            </w:r>
          </w:p>
        </w:tc>
      </w:tr>
      <w:tr>
        <w:tc>
          <w:tcPr>
            <w:tcW w:type="dxa" w:w="2551"/>
          </w:tcPr>
          <w:p>
            <w:r>
              <w:t>变量声明三兄弟</w:t>
            </w:r>
          </w:p>
        </w:tc>
        <w:tc>
          <w:tcPr>
            <w:tcW w:type="dxa" w:w="6520"/>
          </w:tcPr>
          <w:p>
            <w:r>
              <w:t>var（函数作用域/有提升）→ let（块级/无提升/不可重复）→ const（块级/只读/必须初始化）</w:t>
            </w:r>
          </w:p>
        </w:tc>
      </w:tr>
      <w:tr>
        <w:tc>
          <w:tcPr>
            <w:tcW w:type="dxa" w:w="2551"/>
          </w:tcPr>
          <w:p>
            <w:r>
              <w:t>== vs ===</w:t>
            </w:r>
          </w:p>
        </w:tc>
        <w:tc>
          <w:tcPr>
            <w:tcW w:type="dxa" w:w="6520"/>
          </w:tcPr>
          <w:p>
            <w:r>
              <w:t>==会类型转换；===严格比较，推荐用===</w:t>
            </w:r>
          </w:p>
        </w:tc>
      </w:tr>
      <w:tr>
        <w:tc>
          <w:tcPr>
            <w:tcW w:type="dxa" w:w="2551"/>
          </w:tcPr>
          <w:p>
            <w:r>
              <w:t>for循环顺序</w:t>
            </w:r>
          </w:p>
        </w:tc>
        <w:tc>
          <w:tcPr>
            <w:tcW w:type="dxa" w:w="6520"/>
          </w:tcPr>
          <w:p>
            <w:r>
              <w:t>初始化→条件判断(真则执行体)→自增→再判断...直到条件为假</w:t>
            </w:r>
          </w:p>
        </w:tc>
      </w:tr>
      <w:tr>
        <w:tc>
          <w:tcPr>
            <w:tcW w:type="dxa" w:w="2551"/>
          </w:tcPr>
          <w:p>
            <w:r>
              <w:t>break vs continue</w:t>
            </w:r>
          </w:p>
        </w:tc>
        <w:tc>
          <w:tcPr>
            <w:tcW w:type="dxa" w:w="6520"/>
          </w:tcPr>
          <w:p>
            <w:r>
              <w:t>break终止整个循环；continue跳过本次进下一次</w:t>
            </w:r>
          </w:p>
        </w:tc>
      </w:tr>
      <w:tr>
        <w:tc>
          <w:tcPr>
            <w:tcW w:type="dxa" w:w="2551"/>
          </w:tcPr>
          <w:p>
            <w:r>
              <w:t>函数声明 vs 函数表达式</w:t>
            </w:r>
          </w:p>
        </w:tc>
        <w:tc>
          <w:tcPr>
            <w:tcW w:type="dxa" w:w="6520"/>
          </w:tcPr>
          <w:p>
            <w:r>
              <w:t>声明有提升可提前调用；表达式无提升需先定义再调用</w:t>
            </w:r>
          </w:p>
        </w:tc>
      </w:tr>
      <w:tr>
        <w:tc>
          <w:tcPr>
            <w:tcW w:type="dxa" w:w="2551"/>
          </w:tcPr>
          <w:p>
            <w:r>
              <w:t>箭头函数特点</w:t>
            </w:r>
          </w:p>
        </w:tc>
        <w:tc>
          <w:tcPr>
            <w:tcW w:type="dxa" w:w="6520"/>
          </w:tcPr>
          <w:p>
            <w:r>
              <w:t>无自己的this和arguments，简洁语法，适合做回调</w:t>
            </w:r>
          </w:p>
        </w:tc>
      </w:tr>
      <w:tr>
        <w:tc>
          <w:tcPr>
            <w:tcW w:type="dxa" w:w="2551"/>
          </w:tcPr>
          <w:p>
            <w:r>
              <w:t>闭包三要素</w:t>
            </w:r>
          </w:p>
        </w:tc>
        <w:tc>
          <w:tcPr>
            <w:tcW w:type="dxa" w:w="6520"/>
          </w:tcPr>
          <w:p>
            <w:r>
              <w:t>函数套函数 + 内部引用外部变量 + 返回内部函数。用途：私有化变量</w:t>
            </w:r>
          </w:p>
        </w:tc>
      </w:tr>
      <w:tr>
        <w:tc>
          <w:tcPr>
            <w:tcW w:type="dxa" w:w="2551"/>
          </w:tcPr>
          <w:p>
            <w:r>
              <w:t>map/filter/forEach</w:t>
            </w:r>
          </w:p>
        </w:tc>
        <w:tc>
          <w:tcPr>
            <w:tcW w:type="dxa" w:w="6520"/>
          </w:tcPr>
          <w:p>
            <w:r>
              <w:t>map一一映射返回等长新数组；filter过滤返回子集；forEach遍历无返回值</w:t>
            </w:r>
          </w:p>
        </w:tc>
      </w:tr>
      <w:tr>
        <w:tc>
          <w:tcPr>
            <w:tcW w:type="dxa" w:w="2551"/>
          </w:tcPr>
          <w:p>
            <w:r>
              <w:t>splice(位置, 个数, 替换)</w:t>
            </w:r>
          </w:p>
        </w:tc>
        <w:tc>
          <w:tcPr>
            <w:tcW w:type="dxa" w:w="6520"/>
          </w:tcPr>
          <w:p>
            <w:r>
              <w:t>数组万能方法，增删改都行</w:t>
            </w:r>
          </w:p>
        </w:tc>
      </w:tr>
      <w:tr>
        <w:tc>
          <w:tcPr>
            <w:tcW w:type="dxa" w:w="2551"/>
          </w:tcPr>
          <w:p>
            <w:r>
              <w:t>childNodes vs children</w:t>
            </w:r>
          </w:p>
        </w:tc>
        <w:tc>
          <w:tcPr>
            <w:tcW w:type="dxa" w:w="6520"/>
          </w:tcPr>
          <w:p>
            <w:r>
              <w:t>childNodes含文本节点；children只含元素节点</w:t>
            </w:r>
          </w:p>
        </w:tc>
      </w:tr>
      <w:tr>
        <w:tc>
          <w:tcPr>
            <w:tcW w:type="dxa" w:w="2551"/>
          </w:tcPr>
          <w:p>
            <w:r>
              <w:t>innerHTML vs innerText</w:t>
            </w:r>
          </w:p>
        </w:tc>
        <w:tc>
          <w:tcPr>
            <w:tcW w:type="dxa" w:w="6520"/>
          </w:tcPr>
          <w:p>
            <w:r>
              <w:t>innerHTML解析HTML有XSS风险；innerText纯文本安全</w:t>
            </w:r>
          </w:p>
        </w:tc>
      </w:tr>
      <w:tr>
        <w:tc>
          <w:tcPr>
            <w:tcW w:type="dxa" w:w="2551"/>
          </w:tcPr>
          <w:p>
            <w:r>
              <w:t>clientWidth vs offsetWidth</w:t>
            </w:r>
          </w:p>
        </w:tc>
        <w:tc>
          <w:tcPr>
            <w:tcW w:type="dxa" w:w="6520"/>
          </w:tcPr>
          <w:p>
            <w:r>
              <w:t>clientWidth=content+padding(无边框)；offsetWidth还要+border</w:t>
            </w:r>
          </w:p>
        </w:tc>
      </w:tr>
      <w:tr>
        <w:tc>
          <w:tcPr>
            <w:tcW w:type="dxa" w:w="2551"/>
          </w:tcPr>
          <w:p>
            <w:r>
              <w:t>事件冒泡方向</w:t>
            </w:r>
          </w:p>
        </w:tc>
        <w:tc>
          <w:tcPr>
            <w:tcW w:type="dxa" w:w="6520"/>
          </w:tcPr>
          <w:p>
            <w:r>
              <w:t>子→父传递。stopPropagation()阻止冒泡</w:t>
            </w:r>
          </w:p>
        </w:tc>
      </w:tr>
      <w:tr>
        <w:tc>
          <w:tcPr>
            <w:tcW w:type="dxa" w:w="2551"/>
          </w:tcPr>
          <w:p>
            <w:r>
              <w:t>事件委托原理</w:t>
            </w:r>
          </w:p>
        </w:tc>
        <w:tc>
          <w:tcPr>
            <w:tcW w:type="dxa" w:w="6520"/>
          </w:tcPr>
          <w:p>
            <w:r>
              <w:t>把事件绑父元素上，利用冒泡处理子元素事件</w:t>
            </w:r>
          </w:p>
        </w:tc>
      </w:tr>
      <w:tr>
        <w:tc>
          <w:tcPr>
            <w:tcW w:type="dxa" w:w="2551"/>
          </w:tcPr>
          <w:p>
            <w:r>
              <w:t>onclick vs addEventListener</w:t>
            </w:r>
          </w:p>
        </w:tc>
        <w:tc>
          <w:tcPr>
            <w:tcW w:type="dxa" w:w="6520"/>
          </w:tcPr>
          <w:p>
            <w:r>
              <w:t>onclick会被覆盖；addEventListener能绑多个</w:t>
            </w:r>
          </w:p>
        </w:tc>
      </w:tr>
      <w:tr>
        <w:tc>
          <w:tcPr>
            <w:tcW w:type="dxa" w:w="2551"/>
          </w:tcPr>
          <w:p>
            <w:r>
              <w:t>setTimeout vs setInterval</w:t>
            </w:r>
          </w:p>
        </w:tc>
        <w:tc>
          <w:tcPr>
            <w:tcW w:type="dxa" w:w="6520"/>
          </w:tcPr>
          <w:p>
            <w:r>
              <w:t>setTimeout延时一次；setInterval重复执行</w:t>
            </w:r>
          </w:p>
        </w:tc>
      </w:tr>
      <w:tr>
        <w:tc>
          <w:tcPr>
            <w:tcW w:type="dxa" w:w="2551"/>
          </w:tcPr>
          <w:p>
            <w:r>
              <w:t>localStorage vs sessionStorage</w:t>
            </w:r>
          </w:p>
        </w:tc>
        <w:tc>
          <w:tcPr>
            <w:tcW w:type="dxa" w:w="6520"/>
          </w:tcPr>
          <w:p>
            <w:r>
              <w:t>localStorage永久存需手动删；sessionStorage关标签就没了</w:t>
            </w:r>
          </w:p>
        </w:tc>
      </w:tr>
      <w:tr>
        <w:tc>
          <w:tcPr>
            <w:tcW w:type="dxa" w:w="2551"/>
          </w:tcPr>
          <w:p>
            <w:r>
              <w:t>正则元字符</w:t>
            </w:r>
          </w:p>
        </w:tc>
        <w:tc>
          <w:tcPr>
            <w:tcW w:type="dxa" w:w="6520"/>
          </w:tcPr>
          <w:p>
            <w:r>
              <w:t>\d数字 \w字母数字下划线 \s空白 .任意字符 ^开头 $结尾</w:t>
            </w:r>
          </w:p>
        </w:tc>
      </w:tr>
      <w:tr>
        <w:tc>
          <w:tcPr>
            <w:tcW w:type="dxa" w:w="2551"/>
          </w:tcPr>
          <w:p>
            <w:r>
              <w:t>正则反向引用 \1</w:t>
            </w:r>
          </w:p>
        </w:tc>
        <w:tc>
          <w:tcPr>
            <w:tcW w:type="dxa" w:w="6520"/>
          </w:tcPr>
          <w:p>
            <w:r>
              <w:t>\1引用第一个捕获组(\d)匹配的值。/(\d)\1/ 匹配22、33等</w:t>
            </w:r>
          </w:p>
        </w:tc>
      </w:tr>
      <w:tr>
        <w:tc>
          <w:tcPr>
            <w:tcW w:type="dxa" w:w="2551"/>
          </w:tcPr>
          <w:p>
            <w:r>
              <w:t>正则修饰符</w:t>
            </w:r>
          </w:p>
        </w:tc>
        <w:tc>
          <w:tcPr>
            <w:tcW w:type="dxa" w:w="6520"/>
          </w:tcPr>
          <w:p>
            <w:r>
              <w:t>g全局匹配；i忽略大小写</w:t>
            </w:r>
          </w:p>
        </w:tc>
      </w:tr>
      <w:tr>
        <w:tc>
          <w:tcPr>
            <w:tcW w:type="dxa" w:w="2551"/>
          </w:tcPr>
          <w:p>
            <w:r>
              <w:t>getMonth()返回0~11</w:t>
            </w:r>
          </w:p>
        </w:tc>
        <w:tc>
          <w:tcPr>
            <w:tcW w:type="dxa" w:w="6520"/>
          </w:tcPr>
          <w:p>
            <w:r>
              <w:t>0=一月，1=二月，10=十一月！！！</w:t>
            </w:r>
          </w:p>
        </w:tc>
      </w:tr>
      <w:tr>
        <w:tc>
          <w:tcPr>
            <w:tcW w:type="dxa" w:w="2551"/>
          </w:tcPr>
          <w:p>
            <w:r>
              <w:t>async函数返回Promise</w:t>
            </w:r>
          </w:p>
        </w:tc>
        <w:tc>
          <w:tcPr>
            <w:tcW w:type="dxa" w:w="6520"/>
          </w:tcPr>
          <w:p>
            <w:r>
              <w:t>async函数始终返回Promise对象，await必须在async里用</w:t>
            </w:r>
          </w:p>
        </w:tc>
      </w:tr>
      <w:tr>
        <w:tc>
          <w:tcPr>
            <w:tcW w:type="dxa" w:w="2551"/>
          </w:tcPr>
          <w:p>
            <w:r>
              <w:t>Promise三种状态</w:t>
            </w:r>
          </w:p>
        </w:tc>
        <w:tc>
          <w:tcPr>
            <w:tcW w:type="dxa" w:w="6520"/>
          </w:tcPr>
          <w:p>
            <w:r>
              <w:t>pending→fulfilled(成功)/rejected(失败)</w:t>
            </w:r>
          </w:p>
        </w:tc>
      </w:tr>
      <w:tr>
        <w:tc>
          <w:tcPr>
            <w:tcW w:type="dxa" w:w="2551"/>
          </w:tcPr>
          <w:p>
            <w:r>
              <w:t>阻止默认行为</w:t>
            </w:r>
          </w:p>
        </w:tc>
        <w:tc>
          <w:tcPr>
            <w:tcW w:type="dxa" w:w="6520"/>
          </w:tcPr>
          <w:p>
            <w:r>
              <w:t>preventDefault()标准；returnValue=false兼容IE</w:t>
            </w:r>
          </w:p>
        </w:tc>
      </w:tr>
      <w:tr>
        <w:tc>
          <w:tcPr>
            <w:tcW w:type="dxa" w:w="2551"/>
          </w:tcPr>
          <w:p>
            <w:r>
              <w:t>获取事件对象</w:t>
            </w:r>
          </w:p>
        </w:tc>
        <w:tc>
          <w:tcPr>
            <w:tcW w:type="dxa" w:w="6520"/>
          </w:tcPr>
          <w:p>
            <w:r>
              <w:t>标准：函数第一个参数；IE：window.event</w:t>
            </w:r>
          </w:p>
        </w:tc>
      </w:tr>
      <w:tr>
        <w:tc>
          <w:tcPr>
            <w:tcW w:type="dxa" w:w="2551"/>
          </w:tcPr>
          <w:p>
            <w:r>
              <w:t>外链JS用src</w:t>
            </w:r>
          </w:p>
        </w:tc>
        <w:tc>
          <w:tcPr>
            <w:tcW w:type="dxa" w:w="6520"/>
          </w:tcPr>
          <w:p>
            <w:r>
              <w:t>&lt;script src="file.js"&gt;&lt;/script&gt; — src属性</w:t>
            </w:r>
          </w:p>
        </w:tc>
      </w:tr>
      <w:tr>
        <w:tc>
          <w:tcPr>
            <w:tcW w:type="dxa" w:w="2551"/>
          </w:tcPr>
          <w:p>
            <w:r>
              <w:t>外链CSS用href</w:t>
            </w:r>
          </w:p>
        </w:tc>
        <w:tc>
          <w:tcPr>
            <w:tcW w:type="dxa" w:w="6520"/>
          </w:tcPr>
          <w:p>
            <w:r>
              <w:t>&lt;link rel="stylesheet" href="style.css"&gt; — href属性</w:t>
            </w:r>
          </w:p>
        </w:tc>
      </w:tr>
      <w:tr>
        <w:tc>
          <w:tcPr>
            <w:tcW w:type="dxa" w:w="2551"/>
          </w:tcPr>
          <w:p>
            <w:r>
              <w:t>typeof null</w:t>
            </w:r>
          </w:p>
        </w:tc>
        <w:tc>
          <w:tcPr>
            <w:tcW w:type="dxa" w:w="6520"/>
          </w:tcPr>
          <w:p>
            <w:r>
              <w:t>typeof null → "object"（这是JS的一个bug）</w:t>
            </w:r>
          </w:p>
        </w:tc>
      </w:tr>
      <w:tr>
        <w:tc>
          <w:tcPr>
            <w:tcW w:type="dxa" w:w="2551"/>
          </w:tcPr>
          <w:p>
            <w:r>
              <w:t>数组检测</w:t>
            </w:r>
          </w:p>
        </w:tc>
        <w:tc>
          <w:tcPr>
            <w:tcW w:type="dxa" w:w="6520"/>
          </w:tcPr>
          <w:p>
            <w:r>
              <w:t>Array.isArray(arr) — 不能用typeof，因为typeof数组返回"object"</w:t>
            </w:r>
          </w:p>
        </w:tc>
      </w:tr>
      <w:tr>
        <w:tc>
          <w:tcPr>
            <w:tcW w:type="dxa" w:w="2551"/>
          </w:tcPr>
          <w:p>
            <w:r>
              <w:t>模板字符串</w:t>
            </w:r>
          </w:p>
        </w:tc>
        <w:tc>
          <w:tcPr>
            <w:tcW w:type="dxa" w:w="6520"/>
          </w:tcPr>
          <w:p>
            <w:r>
              <w:t>用反引号`，${变量}插值，支持换行</w:t>
            </w:r>
          </w:p>
        </w:tc>
      </w:tr>
    </w:tbl>
    <w:p>
      <w:r>
        <w:br w:type="page"/>
      </w:r>
    </w:p>
    <w:p>
      <w:pPr>
        <w:pStyle w:val="Heading1"/>
      </w:pPr>
      <w:r>
        <w:t>简答题必背清单</w:t>
      </w:r>
    </w:p>
    <w:p>
      <w:r>
        <w:t>共28道简答题，考前背熟这些答案，简答题拿满不是问题。</w:t>
      </w:r>
    </w:p>
    <w:p>
      <w:r>
        <w:rPr>
          <w:b/>
          <w:sz w:val="24"/>
        </w:rPr>
        <w:t>第1题：</w:t>
      </w:r>
    </w:p>
    <w:p>
      <w:r>
        <w:t>请简述childNodes属性与children属性的区别。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childNodes属性与children属性虽然都可以获取某元素的子元素，但是两者之间有一定的区别。前者用于节点操作，返回值是NodeList对象的集合，后者用于元素操作，返回的是HTMLCollection对象的集合。因此，childNodes属性在获取子元素时还会包括空格、换行等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第2题：</w:t>
      </w:r>
    </w:p>
    <w:p>
      <w:r>
        <w:t>简述什么是JavaScript引擎。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JavaScript引擎是JavaScript语言的解释器，用于读取网页中的JavaScript代码并执行。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第3题：</w:t>
      </w:r>
    </w:p>
    <w:p>
      <w:r>
        <w:t>简述新版浏览器和早期版本的IE浏览器获取事件对象的方式。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在新版浏览器中，通过事件处理函数的参数即可获得事件对象;在早期版本的IE浏览器中，只能通过window对象获取事件对象。 具体方式如下。 对象.事件属性 = function (event) {}; // 新版浏览器 var 事件对象 = window.event; // 早期版本IE浏览器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第4题：</w:t>
      </w:r>
    </w:p>
    <w:p>
      <w:r>
        <w:t>请简述通过事件实现一个交互效果的顺序。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首先需要确定事件源，事件源确定后就可以获取这个元素;然后需要确定事件类型，为获取的元素注册该类型的事件;最后分析事件触发后，实现相应网页交互效果的逻辑，编写实现该逻辑的事件驱动程序。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第5题：</w:t>
      </w:r>
    </w:p>
    <w:p>
      <w:r>
        <w:t>通过'EDA56aceKE'.match(())可在字符串“EDA56aceKE”中获取所有e和E。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/e/gi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第6题：</w:t>
      </w:r>
    </w:p>
    <w:p>
      <w:r>
        <w:t>请简述innerHTML属性和innerText属性的区别。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innerText属性与innerHTML属性的使用方式相同，这两个属性都可以设置或获取元素开始和结束标签之间的内容，不同的是，innerHTML属性获取的元素内容包含HTML标签，而innerText属性获取的元素内容不包含HTML标签。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第7题：</w:t>
      </w:r>
    </w:p>
    <w:p>
      <w:r>
        <w:t>请简述innerText属性和textContent属性的区别。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textContent属性和innerText属性都可以用来设置或获取元素的文本内容，并且返回的时候会去除HTML标签，但是textContent属性还可以设置和获取占位隐藏元素的文本内容。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第8题：</w:t>
      </w:r>
    </w:p>
    <w:p>
      <w:r>
        <w:t>简述同步和异步的区别。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同步:前一个任务结束后再执行后一个任务，程序的执行顺序与任务的排列顺序是一致的。 异步:在处理一件任务的同时，可以去处理其他的任务。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第9题：</w:t>
      </w:r>
    </w:p>
    <w:p>
      <w:r>
        <w:t>简述脚本语言和非脚本语言的区别。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非脚本语言(如C、C++)一般需要编译、链接，生成独立的可执行文件后才能运行。 脚本语言以文本形式保存，依赖于解释器，只在被调用时自动进行解释或编译。脚本语言通常都具有简单易用的特点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第10题：</w:t>
      </w:r>
    </w:p>
    <w:p>
      <w:r>
        <w:t>简述事件委托的原理。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事件委托(或称为事件代理)，其原理是将子节点对应的事件注册给父节点，然后利用事件冒泡的原理影响到每个子节点。当子节点触发事件时，会执行注册在父节点上的事件。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第11题：</w:t>
      </w:r>
    </w:p>
    <w:p>
      <w:r>
        <w:t>请简述字符串类型变量和String对象的区别。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字符串类型的变量也可以像String对象一样访问属性和方法，但是字符串类型的变量并不是一个对象，它只是一个字符串类型的数据。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第12题：</w:t>
      </w:r>
    </w:p>
    <w:p>
      <w:r>
        <w:t>请简述值类型和引用类型的区别。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当值类型的数据被赋值给变量或作为函数的参数传递时，是将具体的值保存给了变量或参数，而当引用类型的数据被赋值给变量或作为函数的参数传递时，数据本身只有一份，变量或参数中保存的是对数据的引用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第13题：</w:t>
      </w:r>
    </w:p>
    <w:p>
      <w:r>
        <w:t>简述while语句的执行流程。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while语句适用于不能够确定循环次数的情况下，若条件表达式永远为true，则会出现死循环，因此为了保证循环可以正常结束，应该保证条件表达式的值存在false的情况。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第14题：</w:t>
      </w:r>
    </w:p>
    <w:p>
      <w:r>
        <w:t>请简述什么是闭包函数，并说出闭包函数的用途。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所谓“闭包函数”指的就是有权访问另一函数作用域内变量(局部变量)的函数，它主要的用途是以下两点: ① 可以在函数外部读取函数内部的变量。 ② 可以让变量的值始终保持在内存中，直到页面关闭。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第15题：</w:t>
      </w:r>
    </w:p>
    <w:p>
      <w:r>
        <w:t>简述什么是渲染引擎。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渲染引擎负责解析HTML与CSS代码，用于实现网页结构和样式的渲染。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第16题：</w:t>
      </w:r>
    </w:p>
    <w:p>
      <w:r>
        <w:t>简述外链式相比嵌入式的优势。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①外链式存在于独立文件中，有利于修改和维护，而嵌入式会导致HTML与JavaScript代码混合在一起。 ②外链式可以利用浏览器缓存提高速度。 ③外链式有利于HTML页面代码结构化，把大段的JavaScript代码分离到HTML页面之外，既美观，也方便文件级别的代码复用。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第17题：</w:t>
      </w:r>
    </w:p>
    <w:p>
      <w:r>
        <w:t>请列举Math对象的常用属性和方法(至少6个)，并说明其作用。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PI: 用于获取圆周率; abs(): 用于获取绝对值; max() :用于获取所有参数中的最大值; min() :用于获取所有参数中的最小值; pow():用于获取基数的指数次幂; sqrt(): 用于获取平方根; ceil() :用于向上取整; floor() :用于向下取整; round() :用于获取四舍五入后的整数; random() :用于获取大于或等于0且小于1的随机值。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第18题：</w:t>
      </w:r>
    </w:p>
    <w:p>
      <w:r>
        <w:t>简述如何通过代码阻止事件冒泡，需要考虑浏览器兼容性。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根据window.event判断当前浏览器类型，然后用不同的方式实现阻止事件冒泡，具体代码如下。 if (window.event) { window.event.cancelBubble = true; // 早期版本IE浏览器 } else { e.stopPropagation(); // 新版浏览器(e是事件对象) }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第19题：</w:t>
      </w:r>
    </w:p>
    <w:p>
      <w:r>
        <w:t>简述如何获取兄弟元素节点。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如果想要获得兄弟元素节点，则可以使用nextElementSibling属性返回当前元素的下一个兄弟元素节点，使用previousElementSibling属性返回当前元素的上一个兄弟元素节点。如果找不到则返回null。要注意的是，这两个属性有兼容性问题，IE 9以下不支持。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第20题：</w:t>
      </w:r>
    </w:p>
    <w:p>
      <w:r>
        <w:t>简述事件属性注册事件和事件监听注册事件的区别。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通过事件属性的方式注册事件时，一个事件类型只能注册一个事件处理函数。通过事件监听可以给一个事件类型注册多个事件处理函数。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第21题：</w:t>
      </w:r>
    </w:p>
    <w:p>
      <w:r>
        <w:t>简述do…while语句和while语句的区别。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区别在于while语句是先判断条件，再根据条件决定是否执行循环体，而do…while语句会无条件地执行1次循环体，然后再判断条件，根据条件决定是否继续执行循环体。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第22题：</w:t>
      </w:r>
    </w:p>
    <w:p>
      <w:r>
        <w:t>简述什么是元字符。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元字符是具有特殊含义的字符，例如，元字符“.”表示匹配除换行符、回车符之外的任意单个字符，元字符“*”表示匹配前面的字符零次或多次。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第23题：</w:t>
      </w:r>
    </w:p>
    <w:p>
      <w:r>
        <w:t>简述for语句的执行流程。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for语句执行的流程是先初始化变量，然后判断条件表达式的值，当条件表达式的值为false时，直接结束循环;当条件表达式的值为true时，执行1次循环体，然后执行操作表达式，至此完成第1次循环。接下来进入下一次循环，继续判断条件表达式的值，直到条件表达式的值为false时，结束循环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第24题：</w:t>
      </w:r>
    </w:p>
    <w:p>
      <w:r>
        <w:t>请简述什么是回调函数。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所谓回调函数指的就是一个函数A作为参数传递给一个函数B，然后在B的函数体内调用函数A。此时，我们称函数A为回调函数。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第25题：</w:t>
      </w:r>
    </w:p>
    <w:p>
      <w:r>
        <w:t>请简述什么是作用域链。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对于嵌套函数而言，内层函数只能在外层函数作用域内执行，在内层函数执行的过程中，若需要引入某个变量，首先会在当前作用域中寻找，若未找到，则继续向上一层级的作用域中寻找，直到全局作用域，我们将这种链式的查询关系称为作用域链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第26题：</w:t>
      </w:r>
    </w:p>
    <w:p>
      <w:r>
        <w:t>简述BOM基本概念。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浏览器对象模型(Brower Object Model，BOM)是浏览器提供的用于JavaScript与浏览器窗口进行交互的一系列对象。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第27题：</w:t>
      </w:r>
    </w:p>
    <w:p>
      <w:r>
        <w:t>简述什么是模式修饰符。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模式修饰符用于指定额外的匹配策略，例如，“i”表示忽略大小写。如果不需要指定额外的匹配策略，模式修饰符可以省略。</w:t>
      </w:r>
    </w:p>
    <w:p>
      <w:r>
        <w:rPr>
          <w:color w:val="DDDDDD"/>
          <w:sz w:val="16"/>
        </w:rPr>
        <w:t>------------------------------------------------------------</w:t>
      </w:r>
    </w:p>
    <w:p>
      <w:r>
        <w:rPr>
          <w:b/>
          <w:sz w:val="24"/>
        </w:rPr>
        <w:t>第28题：</w:t>
      </w:r>
    </w:p>
    <w:p>
      <w:r>
        <w:t>简述什么是文本字符。</w:t>
      </w:r>
    </w:p>
    <w:p>
      <w:r>
        <w:rPr>
          <w:b/>
          <w:color w:val="008000"/>
        </w:rPr>
        <w:t>参考答案：</w:t>
      </w:r>
      <w:r>
        <w:rPr>
          <w:sz w:val="22"/>
          <w:highlight w:val="yellow"/>
        </w:rPr>
        <w:t>文本字符又称为原义字符，它没有特殊含义，用来表示原本的字符。例如，“a”表示字符a，“1”表示字符1。</w:t>
      </w:r>
    </w:p>
    <w:p>
      <w:r>
        <w:br w:type="page"/>
      </w:r>
    </w:p>
    <w:p>
      <w:pPr>
        <w:pStyle w:val="Heading1"/>
      </w:pPr>
      <w:r>
        <w:t>附录：知识点题量分布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知识点</w:t>
            </w:r>
          </w:p>
        </w:tc>
        <w:tc>
          <w:tcPr>
            <w:tcW w:type="dxa" w:w="2880"/>
          </w:tcPr>
          <w:p>
            <w:r>
              <w:t>题量</w:t>
            </w:r>
          </w:p>
        </w:tc>
        <w:tc>
          <w:tcPr>
            <w:tcW w:type="dxa" w:w="2880"/>
          </w:tcPr>
          <w:p>
            <w:r>
              <w:t>占比</w:t>
            </w:r>
          </w:p>
        </w:tc>
      </w:tr>
      <w:tr>
        <w:tc>
          <w:tcPr>
            <w:tcW w:type="dxa" w:w="2880"/>
          </w:tcPr>
          <w:p>
            <w:r>
              <w:t>BOM与浏览器对象</w:t>
            </w:r>
          </w:p>
        </w:tc>
        <w:tc>
          <w:tcPr>
            <w:tcW w:type="dxa" w:w="2880"/>
          </w:tcPr>
          <w:p>
            <w:r>
              <w:t>92</w:t>
            </w:r>
          </w:p>
        </w:tc>
        <w:tc>
          <w:tcPr>
            <w:tcW w:type="dxa" w:w="2880"/>
          </w:tcPr>
          <w:p>
            <w:r>
              <w:t>14.0%</w:t>
            </w:r>
          </w:p>
        </w:tc>
      </w:tr>
      <w:tr>
        <w:tc>
          <w:tcPr>
            <w:tcW w:type="dxa" w:w="2880"/>
          </w:tcPr>
          <w:p>
            <w:r>
              <w:t>数组</w:t>
            </w:r>
          </w:p>
        </w:tc>
        <w:tc>
          <w:tcPr>
            <w:tcW w:type="dxa" w:w="2880"/>
          </w:tcPr>
          <w:p>
            <w:r>
              <w:t>81</w:t>
            </w:r>
          </w:p>
        </w:tc>
        <w:tc>
          <w:tcPr>
            <w:tcW w:type="dxa" w:w="2880"/>
          </w:tcPr>
          <w:p>
            <w:r>
              <w:t>12.3%</w:t>
            </w:r>
          </w:p>
        </w:tc>
      </w:tr>
      <w:tr>
        <w:tc>
          <w:tcPr>
            <w:tcW w:type="dxa" w:w="2880"/>
          </w:tcPr>
          <w:p>
            <w:r>
              <w:t>JavaScript基础语法</w:t>
            </w:r>
          </w:p>
        </w:tc>
        <w:tc>
          <w:tcPr>
            <w:tcW w:type="dxa" w:w="2880"/>
          </w:tcPr>
          <w:p>
            <w:r>
              <w:t>78</w:t>
            </w:r>
          </w:p>
        </w:tc>
        <w:tc>
          <w:tcPr>
            <w:tcW w:type="dxa" w:w="2880"/>
          </w:tcPr>
          <w:p>
            <w:r>
              <w:t>11.9%</w:t>
            </w:r>
          </w:p>
        </w:tc>
      </w:tr>
      <w:tr>
        <w:tc>
          <w:tcPr>
            <w:tcW w:type="dxa" w:w="2880"/>
          </w:tcPr>
          <w:p>
            <w:r>
              <w:t>正则表达式</w:t>
            </w:r>
          </w:p>
        </w:tc>
        <w:tc>
          <w:tcPr>
            <w:tcW w:type="dxa" w:w="2880"/>
          </w:tcPr>
          <w:p>
            <w:r>
              <w:t>72</w:t>
            </w:r>
          </w:p>
        </w:tc>
        <w:tc>
          <w:tcPr>
            <w:tcW w:type="dxa" w:w="2880"/>
          </w:tcPr>
          <w:p>
            <w:r>
              <w:t>11.0%</w:t>
            </w:r>
          </w:p>
        </w:tc>
      </w:tr>
      <w:tr>
        <w:tc>
          <w:tcPr>
            <w:tcW w:type="dxa" w:w="2880"/>
          </w:tcPr>
          <w:p>
            <w:r>
              <w:t>其他</w:t>
            </w:r>
          </w:p>
        </w:tc>
        <w:tc>
          <w:tcPr>
            <w:tcW w:type="dxa" w:w="2880"/>
          </w:tcPr>
          <w:p>
            <w:r>
              <w:t>69</w:t>
            </w:r>
          </w:p>
        </w:tc>
        <w:tc>
          <w:tcPr>
            <w:tcW w:type="dxa" w:w="2880"/>
          </w:tcPr>
          <w:p>
            <w:r>
              <w:t>10.5%</w:t>
            </w:r>
          </w:p>
        </w:tc>
      </w:tr>
      <w:tr>
        <w:tc>
          <w:tcPr>
            <w:tcW w:type="dxa" w:w="2880"/>
          </w:tcPr>
          <w:p>
            <w:r>
              <w:t>DOM操作</w:t>
            </w:r>
          </w:p>
        </w:tc>
        <w:tc>
          <w:tcPr>
            <w:tcW w:type="dxa" w:w="2880"/>
          </w:tcPr>
          <w:p>
            <w:r>
              <w:t>53</w:t>
            </w:r>
          </w:p>
        </w:tc>
        <w:tc>
          <w:tcPr>
            <w:tcW w:type="dxa" w:w="2880"/>
          </w:tcPr>
          <w:p>
            <w:r>
              <w:t>8.1%</w:t>
            </w:r>
          </w:p>
        </w:tc>
      </w:tr>
      <w:tr>
        <w:tc>
          <w:tcPr>
            <w:tcW w:type="dxa" w:w="2880"/>
          </w:tcPr>
          <w:p>
            <w:r>
              <w:t>函数</w:t>
            </w:r>
          </w:p>
        </w:tc>
        <w:tc>
          <w:tcPr>
            <w:tcW w:type="dxa" w:w="2880"/>
          </w:tcPr>
          <w:p>
            <w:r>
              <w:t>45</w:t>
            </w:r>
          </w:p>
        </w:tc>
        <w:tc>
          <w:tcPr>
            <w:tcW w:type="dxa" w:w="2880"/>
          </w:tcPr>
          <w:p>
            <w:r>
              <w:t>6.9%</w:t>
            </w:r>
          </w:p>
        </w:tc>
      </w:tr>
      <w:tr>
        <w:tc>
          <w:tcPr>
            <w:tcW w:type="dxa" w:w="2880"/>
          </w:tcPr>
          <w:p>
            <w:r>
              <w:t>事件处理</w:t>
            </w:r>
          </w:p>
        </w:tc>
        <w:tc>
          <w:tcPr>
            <w:tcW w:type="dxa" w:w="2880"/>
          </w:tcPr>
          <w:p>
            <w:r>
              <w:t>36</w:t>
            </w:r>
          </w:p>
        </w:tc>
        <w:tc>
          <w:tcPr>
            <w:tcW w:type="dxa" w:w="2880"/>
          </w:tcPr>
          <w:p>
            <w:r>
              <w:t>5.5%</w:t>
            </w:r>
          </w:p>
        </w:tc>
      </w:tr>
      <w:tr>
        <w:tc>
          <w:tcPr>
            <w:tcW w:type="dxa" w:w="2880"/>
          </w:tcPr>
          <w:p>
            <w:r>
              <w:t>流程控制语句</w:t>
            </w:r>
          </w:p>
        </w:tc>
        <w:tc>
          <w:tcPr>
            <w:tcW w:type="dxa" w:w="2880"/>
          </w:tcPr>
          <w:p>
            <w:r>
              <w:t>25</w:t>
            </w:r>
          </w:p>
        </w:tc>
        <w:tc>
          <w:tcPr>
            <w:tcW w:type="dxa" w:w="2880"/>
          </w:tcPr>
          <w:p>
            <w:r>
              <w:t>3.8%</w:t>
            </w:r>
          </w:p>
        </w:tc>
      </w:tr>
      <w:tr>
        <w:tc>
          <w:tcPr>
            <w:tcW w:type="dxa" w:w="2880"/>
          </w:tcPr>
          <w:p>
            <w:r>
              <w:t>HTML/CSS基础</w:t>
            </w:r>
          </w:p>
        </w:tc>
        <w:tc>
          <w:tcPr>
            <w:tcW w:type="dxa" w:w="2880"/>
          </w:tcPr>
          <w:p>
            <w:r>
              <w:t>23</w:t>
            </w:r>
          </w:p>
        </w:tc>
        <w:tc>
          <w:tcPr>
            <w:tcW w:type="dxa" w:w="2880"/>
          </w:tcPr>
          <w:p>
            <w:r>
              <w:t>3.5%</w:t>
            </w:r>
          </w:p>
        </w:tc>
      </w:tr>
      <w:tr>
        <w:tc>
          <w:tcPr>
            <w:tcW w:type="dxa" w:w="2880"/>
          </w:tcPr>
          <w:p>
            <w:r>
              <w:t>面向对象与this</w:t>
            </w:r>
          </w:p>
        </w:tc>
        <w:tc>
          <w:tcPr>
            <w:tcW w:type="dxa" w:w="2880"/>
          </w:tcPr>
          <w:p>
            <w:r>
              <w:t>18</w:t>
            </w:r>
          </w:p>
        </w:tc>
        <w:tc>
          <w:tcPr>
            <w:tcW w:type="dxa" w:w="2880"/>
          </w:tcPr>
          <w:p>
            <w:r>
              <w:t>2.7%</w:t>
            </w:r>
          </w:p>
        </w:tc>
      </w:tr>
      <w:tr>
        <w:tc>
          <w:tcPr>
            <w:tcW w:type="dxa" w:w="2880"/>
          </w:tcPr>
          <w:p>
            <w:r>
              <w:t>运算符与表达式</w:t>
            </w:r>
          </w:p>
        </w:tc>
        <w:tc>
          <w:tcPr>
            <w:tcW w:type="dxa" w:w="2880"/>
          </w:tcPr>
          <w:p>
            <w:r>
              <w:t>16</w:t>
            </w:r>
          </w:p>
        </w:tc>
        <w:tc>
          <w:tcPr>
            <w:tcW w:type="dxa" w:w="2880"/>
          </w:tcPr>
          <w:p>
            <w:r>
              <w:t>2.4%</w:t>
            </w:r>
          </w:p>
        </w:tc>
      </w:tr>
      <w:tr>
        <w:tc>
          <w:tcPr>
            <w:tcW w:type="dxa" w:w="2880"/>
          </w:tcPr>
          <w:p>
            <w:r>
              <w:t>Math与Date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2.3%</w:t>
            </w:r>
          </w:p>
        </w:tc>
      </w:tr>
      <w:tr>
        <w:tc>
          <w:tcPr>
            <w:tcW w:type="dxa" w:w="2880"/>
          </w:tcPr>
          <w:p>
            <w:r>
              <w:t>ES6+新特性</w:t>
            </w:r>
          </w:p>
        </w:tc>
        <w:tc>
          <w:tcPr>
            <w:tcW w:type="dxa" w:w="2880"/>
          </w:tcPr>
          <w:p>
            <w:r>
              <w:t>13</w:t>
            </w:r>
          </w:p>
        </w:tc>
        <w:tc>
          <w:tcPr>
            <w:tcW w:type="dxa" w:w="2880"/>
          </w:tcPr>
          <w:p>
            <w:r>
              <w:t>2.0%</w:t>
            </w:r>
          </w:p>
        </w:tc>
      </w:tr>
      <w:tr>
        <w:tc>
          <w:tcPr>
            <w:tcW w:type="dxa" w:w="2880"/>
          </w:tcPr>
          <w:p>
            <w:r>
              <w:t>字符串</w:t>
            </w:r>
          </w:p>
        </w:tc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1.4%</w:t>
            </w:r>
          </w:p>
        </w:tc>
      </w:tr>
      <w:tr>
        <w:tc>
          <w:tcPr>
            <w:tcW w:type="dxa" w:w="2880"/>
          </w:tcPr>
          <w:p>
            <w:r>
              <w:t>存储与缓存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1.2%</w:t>
            </w:r>
          </w:p>
        </w:tc>
      </w:tr>
      <w:tr>
        <w:tc>
          <w:tcPr>
            <w:tcW w:type="dxa" w:w="2880"/>
          </w:tcPr>
          <w:p>
            <w:r>
              <w:t>同步异步与Promise</w:t>
            </w:r>
          </w:p>
        </w:tc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0.5%</w:t>
            </w:r>
          </w:p>
        </w:tc>
      </w:tr>
    </w:tbl>
    <w:p/>
    <w:p>
      <w:r>
        <w:t>祝考试顺利！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